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color w:val="8C8C8C"/>
          <w:sz w:val="16"/>
        </w:rPr>
        <w:t>Page 1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spacing w:before="1080"/>
        <w:jc w:val="center"/>
      </w:pPr>
      <w:r>
        <w:rPr>
          <w:b/>
          <w:color w:val="7C3AED"/>
          <w:sz w:val="56"/>
        </w:rPr>
        <w:t>Claude Prompting Playbook</w:t>
      </w:r>
    </w:p>
    <w:p>
      <w:pPr>
        <w:jc w:val="center"/>
      </w:pPr>
      <w:r>
        <w:rPr>
          <w:color w:val="505050"/>
          <w:sz w:val="26"/>
        </w:rPr>
        <w:t>Best uses, PRDs, long-form work, codebase prompts, XML prompting, and templates</w:t>
      </w:r>
    </w:p>
    <w:p/>
    <w:p>
      <w:pPr>
        <w:jc w:val="left"/>
      </w:pPr>
      <w:r>
        <w:rPr>
          <w:sz w:val="22"/>
        </w:rPr>
        <w:t>Claude is strongest when you need careful writing, long structured documents, PRDs, reasoning, codebase planning, and thoughtful editing.</w:t>
      </w:r>
    </w:p>
    <w:p>
      <w:pPr>
        <w:jc w:val="left"/>
      </w:pPr>
      <w:r>
        <w:rPr>
          <w:sz w:val="22"/>
        </w:rPr>
        <w:t>Prompt Claude like a smart coworker: give the goal, context, constraints, success criteria, and examples.</w:t>
      </w:r>
    </w:p>
    <w:p>
      <w:pPr>
        <w:jc w:val="left"/>
      </w:pPr>
      <w:r>
        <w:rPr>
          <w:sz w:val="22"/>
        </w:rPr>
        <w:t>Claude is also good for building repeatable workflows, especially when you use structured prompts, XML-style tags, and evaluation criteria.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Best at: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Best fit: PRDs, long-form writing, code review, careful reasoning, product planning, document editing, structured analysis.</w:t>
            </w:r>
          </w:p>
        </w:tc>
      </w:tr>
    </w:tbl>
    <w:p>
      <w:pPr>
        <w:spacing w:before="200"/>
      </w:pPr>
      <w:r>
        <w:rPr>
          <w:i/>
          <w:sz w:val="18"/>
        </w:rPr>
        <w:t>Built as a practical prompting playbook. Use the examples as starting points and adapt them to your exact task.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2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The Claude Prompt Formula</w:t>
      </w:r>
    </w:p>
    <w:p>
      <w:pPr>
        <w:spacing w:after="100"/>
      </w:pPr>
      <w:r>
        <w:rPr>
          <w:sz w:val="20"/>
        </w:rPr>
        <w:t>Use this formula: Objective + Context + Success Criteria + Constraints + Examples + Output Format.</w:t>
      </w:r>
    </w:p>
    <w:p>
      <w:pPr>
        <w:spacing w:after="100"/>
      </w:pPr>
      <w:r>
        <w:rPr>
          <w:sz w:val="20"/>
        </w:rPr>
        <w:t>Claude performs well when you define what “good” means before asking for the final answer.</w:t>
      </w:r>
    </w:p>
    <w:p>
      <w:pPr>
        <w:spacing w:after="100"/>
      </w:pPr>
      <w:r>
        <w:rPr>
          <w:sz w:val="20"/>
        </w:rPr>
        <w:t>For complex work, ask Claude to create a plan first, then execute section by section.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“Create a PRD. Success criteria: clear enough for a developer to build, no fake data, includes acceptance criteria, and separates MVP from future features.”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3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Best Use 1: PRDs and Product Documents</w:t>
      </w:r>
    </w:p>
    <w:p>
      <w:pPr>
        <w:spacing w:after="100"/>
      </w:pPr>
      <w:r>
        <w:rPr>
          <w:sz w:val="20"/>
        </w:rPr>
        <w:t>Claude is especially useful for turning rough app ideas into clean product documents.</w:t>
      </w:r>
    </w:p>
    <w:p>
      <w:pPr>
        <w:spacing w:after="100"/>
      </w:pPr>
      <w:r>
        <w:rPr>
          <w:sz w:val="20"/>
        </w:rPr>
        <w:t>It can organize requirements, user stories, edge cases, acceptance criteria, and future scope in a polished way.</w:t>
      </w:r>
    </w:p>
    <w:p>
      <w:pPr>
        <w:spacing w:after="100"/>
      </w:pPr>
      <w:r>
        <w:rPr>
          <w:sz w:val="20"/>
        </w:rPr>
        <w:t>Give Claude your messy notes and ask it to preserve your idea while improving structure.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“Turn these rough notes into a complete PRD. Keep my idea, fix clarity, add missing product sections, and make it ready for a developer.”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4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Best Use 2: Long-Form Writing</w:t>
      </w:r>
    </w:p>
    <w:p>
      <w:pPr>
        <w:spacing w:after="100"/>
      </w:pPr>
      <w:r>
        <w:rPr>
          <w:sz w:val="20"/>
        </w:rPr>
        <w:t>Claude is strong for essays, playbooks, reports, guides, policies, proposals, and structured explanations.</w:t>
      </w:r>
    </w:p>
    <w:p>
      <w:pPr>
        <w:spacing w:after="100"/>
      </w:pPr>
      <w:r>
        <w:rPr>
          <w:sz w:val="20"/>
        </w:rPr>
        <w:t>It is useful when the output needs to sound natural and organized instead of robotic.</w:t>
      </w:r>
    </w:p>
    <w:p>
      <w:pPr>
        <w:spacing w:after="100"/>
      </w:pPr>
      <w:r>
        <w:rPr>
          <w:sz w:val="20"/>
        </w:rPr>
        <w:t>Always specify tone, length, audience, and formatting.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“Write this as a clear beginner-friendly guide. Use simple language, headings, examples, and practical steps.”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5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Best Use 3: XML-Structured Prompts</w:t>
      </w:r>
    </w:p>
    <w:p>
      <w:pPr>
        <w:spacing w:after="100"/>
      </w:pPr>
      <w:r>
        <w:rPr>
          <w:sz w:val="20"/>
        </w:rPr>
        <w:t>Claude often works well with clear section tags that separate context, task, rules, examples, and output format.</w:t>
      </w:r>
    </w:p>
    <w:p>
      <w:pPr>
        <w:spacing w:after="100"/>
      </w:pPr>
      <w:r>
        <w:rPr>
          <w:sz w:val="20"/>
        </w:rPr>
        <w:t>You can use simple XML-style tags even if you are not coding.</w:t>
      </w:r>
    </w:p>
    <w:p>
      <w:pPr>
        <w:spacing w:after="100"/>
      </w:pPr>
      <w:r>
        <w:rPr>
          <w:sz w:val="20"/>
        </w:rPr>
        <w:t>This reduces confusion when the prompt is long.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 format: &lt;context&gt;...&lt;/context&gt; &lt;task&gt;...&lt;/task&gt; &lt;rules&gt;...&lt;/rules&gt; &lt;output_format&gt;...&lt;/output_format&gt;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Best Use 4: Codebase Planning</w:t>
      </w:r>
    </w:p>
    <w:p>
      <w:pPr>
        <w:spacing w:after="100"/>
      </w:pPr>
      <w:r>
        <w:rPr>
          <w:sz w:val="20"/>
        </w:rPr>
        <w:t>Claude is useful for understanding a codebase, planning changes, refactoring carefully, and explaining tradeoffs.</w:t>
      </w:r>
    </w:p>
    <w:p>
      <w:pPr>
        <w:spacing w:after="100"/>
      </w:pPr>
      <w:r>
        <w:rPr>
          <w:sz w:val="20"/>
        </w:rPr>
        <w:t>For Claude Code, give it the goal, affected files, constraints, and tests to run.</w:t>
      </w:r>
    </w:p>
    <w:p>
      <w:pPr>
        <w:spacing w:after="100"/>
      </w:pPr>
      <w:r>
        <w:rPr>
          <w:sz w:val="20"/>
        </w:rPr>
        <w:t>Tell it to preserve existing behavior unless you explicitly want a rewrite.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“Inspect the project, explain the architecture, then propose the smallest safe change to add [feature]. Do not edit until you summarize the plan.”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7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Code Prompting Workflow</w:t>
      </w:r>
    </w:p>
    <w:p>
      <w:pPr>
        <w:spacing w:after="100"/>
      </w:pPr>
      <w:r>
        <w:rPr>
          <w:sz w:val="20"/>
        </w:rPr>
        <w:t>Use Claude Code like a coding teammate. First ask it to inspect. Second ask it to plan. Third ask it to implement. Fourth ask it to test. Fifth ask it to summarize changes.</w:t>
      </w:r>
    </w:p>
    <w:p>
      <w:pPr>
        <w:spacing w:after="100"/>
      </w:pPr>
      <w:r>
        <w:rPr>
          <w:sz w:val="20"/>
        </w:rPr>
        <w:t>This avoids huge messy rewrites.</w:t>
      </w:r>
    </w:p>
    <w:p>
      <w:pPr>
        <w:spacing w:after="100"/>
      </w:pPr>
      <w:r>
        <w:rPr>
          <w:sz w:val="20"/>
        </w:rPr>
        <w:t>Keep the prompt specific and measurable.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“Read the repository. Find where the leaderboard is implemented. Add provider filtering. Preserve current UI. Run tests/build and report results.”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8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for Careful Reasoning</w:t>
      </w:r>
    </w:p>
    <w:p>
      <w:pPr>
        <w:spacing w:after="100"/>
      </w:pPr>
      <w:r>
        <w:rPr>
          <w:sz w:val="20"/>
        </w:rPr>
        <w:t>Claude is strong when you need tradeoffs, pros and cons, risk analysis, product decisions, or careful explanations.</w:t>
      </w:r>
    </w:p>
    <w:p>
      <w:pPr>
        <w:spacing w:after="100"/>
      </w:pPr>
      <w:r>
        <w:rPr>
          <w:sz w:val="20"/>
        </w:rPr>
        <w:t>Ask for assumptions and decision criteria before the answer.</w:t>
      </w:r>
    </w:p>
    <w:p>
      <w:pPr>
        <w:spacing w:after="100"/>
      </w:pPr>
      <w:r>
        <w:rPr>
          <w:sz w:val="20"/>
        </w:rPr>
        <w:t>For important work, ask for a final recommendation with reasons.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“Compare these options using criteria: cost, speed, complexity, reliability, and long-term maintainability. Then recommend one.”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for Editing and Rewriting</w:t>
      </w:r>
    </w:p>
    <w:p>
      <w:pPr>
        <w:spacing w:after="100"/>
      </w:pPr>
      <w:r>
        <w:rPr>
          <w:sz w:val="20"/>
        </w:rPr>
        <w:t>Claude is useful for rewriting text without losing the original meaning.</w:t>
      </w:r>
    </w:p>
    <w:p>
      <w:pPr>
        <w:spacing w:after="100"/>
      </w:pPr>
      <w:r>
        <w:rPr>
          <w:sz w:val="20"/>
        </w:rPr>
        <w:t>Tell it what to preserve: tone, facts, structure, or length.</w:t>
      </w:r>
    </w:p>
    <w:p>
      <w:pPr>
        <w:spacing w:after="100"/>
      </w:pPr>
      <w:r>
        <w:rPr>
          <w:sz w:val="20"/>
        </w:rPr>
        <w:t>For high-quality editing, ask for both the revised version and a brief change summary.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“Rewrite this to be clearer and more professional. Keep the same meaning. Do not add new facts.”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for Research and Document Review</w:t>
      </w:r>
    </w:p>
    <w:p>
      <w:pPr>
        <w:spacing w:after="100"/>
      </w:pPr>
      <w:r>
        <w:rPr>
          <w:sz w:val="20"/>
        </w:rPr>
        <w:t>Claude can help review documents, identify gaps, summarize arguments, and create action items.</w:t>
      </w:r>
    </w:p>
    <w:p>
      <w:pPr>
        <w:spacing w:after="100"/>
      </w:pPr>
      <w:r>
        <w:rPr>
          <w:sz w:val="20"/>
        </w:rPr>
        <w:t>For sourced research, tell it whether to use available research/search tools and whether to cite sources.</w:t>
      </w:r>
    </w:p>
    <w:p>
      <w:pPr>
        <w:spacing w:after="100"/>
      </w:pPr>
      <w:r>
        <w:rPr>
          <w:sz w:val="20"/>
        </w:rPr>
        <w:t>For uploaded files, ask it to use only the file unless external information is requested.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“Review this document for unclear requirements, missing edge cases, contradictions, and risks. Return a table.”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11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for Prompt Chaining</w:t>
      </w:r>
    </w:p>
    <w:p>
      <w:pPr>
        <w:spacing w:after="100"/>
      </w:pPr>
      <w:r>
        <w:rPr>
          <w:sz w:val="20"/>
        </w:rPr>
        <w:t>Prompt chaining means splitting a big task into smaller prompts.</w:t>
      </w:r>
    </w:p>
    <w:p>
      <w:pPr>
        <w:spacing w:after="100"/>
      </w:pPr>
      <w:r>
        <w:rPr>
          <w:sz w:val="20"/>
        </w:rPr>
        <w:t>Claude is good at this because it can maintain structure across a long conversation.</w:t>
      </w:r>
    </w:p>
    <w:p>
      <w:pPr>
        <w:spacing w:after="100"/>
      </w:pPr>
      <w:r>
        <w:rPr>
          <w:sz w:val="20"/>
        </w:rPr>
        <w:t>Use prompt chaining for PRDs, coding, reports, and app planning.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Chain: 1) clarify goal, 2) create outline, 3) write section 1, 4) write section 2, 5) review, 6) improve, 7) final checklist.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12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for Artifacts and Reusable Outputs</w:t>
      </w:r>
    </w:p>
    <w:p>
      <w:pPr>
        <w:spacing w:after="100"/>
      </w:pPr>
      <w:r>
        <w:rPr>
          <w:sz w:val="20"/>
        </w:rPr>
        <w:t>Claude can be used to create reusable writing, code, tables, checklists, and templates.</w:t>
      </w:r>
    </w:p>
    <w:p>
      <w:pPr>
        <w:spacing w:after="100"/>
      </w:pPr>
      <w:r>
        <w:rPr>
          <w:sz w:val="20"/>
        </w:rPr>
        <w:t>Ask it to produce outputs in a format you can copy into Docs, Notion, VS Code, or a project file.</w:t>
      </w:r>
    </w:p>
    <w:p>
      <w:pPr>
        <w:spacing w:after="100"/>
      </w:pPr>
      <w:r>
        <w:rPr>
          <w:sz w:val="20"/>
        </w:rPr>
        <w:t>For app prompts, ask for headings and code blocks only where useful.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“Create a reusable prompt template for future app projects. Include placeholders and an example filled-out version.”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13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Mistakes to Avoid</w:t>
      </w:r>
    </w:p>
    <w:p>
      <w:pPr>
        <w:spacing w:after="100"/>
      </w:pPr>
      <w:r>
        <w:rPr>
          <w:sz w:val="20"/>
        </w:rPr>
        <w:t>Do not ask Claude to write a huge final answer without defining success criteria.</w:t>
      </w:r>
    </w:p>
    <w:p>
      <w:pPr>
        <w:spacing w:after="100"/>
      </w:pPr>
      <w:r>
        <w:rPr>
          <w:sz w:val="20"/>
        </w:rPr>
        <w:t>Do not hide the constraints. Claude needs to know what not to change.</w:t>
      </w:r>
    </w:p>
    <w:p>
      <w:pPr>
        <w:spacing w:after="100"/>
      </w:pPr>
      <w:r>
        <w:rPr>
          <w:sz w:val="20"/>
        </w:rPr>
        <w:t>Do not combine unrelated tasks in one message.</w:t>
      </w:r>
    </w:p>
    <w:p>
      <w:pPr>
        <w:spacing w:after="100"/>
      </w:pPr>
      <w:r>
        <w:rPr>
          <w:sz w:val="20"/>
        </w:rPr>
        <w:t>Do not ask for “better” without explaining better: shorter, clearer, more detailed, more professional, or more beginner-friendly.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“Improve clarity and structure only.”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“Preserve all facts and examples.”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Better: “Make this ready for a developer.”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14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Copy-Paste Prompt Pack 1</w:t>
      </w:r>
    </w:p>
    <w:p>
      <w:pPr>
        <w:spacing w:after="100"/>
      </w:pPr>
      <w:r>
        <w:rPr>
          <w:sz w:val="20"/>
        </w:rPr>
        <w:t>PRD prompt: “Create a complete PRD from these notes. Include problem, users, features, screens, data model, acceptance criteria, MVP, out-of-scope, and risks.”</w:t>
      </w:r>
    </w:p>
    <w:p>
      <w:pPr>
        <w:spacing w:after="100"/>
      </w:pPr>
      <w:r>
        <w:rPr>
          <w:sz w:val="20"/>
        </w:rPr>
        <w:t>Code review prompt: “Review this code for bugs, readability, edge cases, and maintainability. Prioritize the top 5 issues.”</w:t>
      </w:r>
    </w:p>
    <w:p>
      <w:pPr>
        <w:spacing w:after="100"/>
      </w:pPr>
      <w:r>
        <w:rPr>
          <w:sz w:val="20"/>
        </w:rPr>
        <w:t>Rewrite prompt: “Rewrite this for clarity. Keep the meaning and do not add facts.”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15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Copy-Paste Prompt Pack 2</w:t>
      </w:r>
    </w:p>
    <w:p>
      <w:pPr>
        <w:spacing w:after="100"/>
      </w:pPr>
      <w:r>
        <w:rPr>
          <w:sz w:val="20"/>
        </w:rPr>
        <w:t>XML prompt: “&lt;context&gt;[paste]&lt;/context&gt;&lt;task&gt;[task]&lt;/task&gt;&lt;rules&gt;[rules]&lt;/rules&gt;&lt;output_format&gt;[format]&lt;/output_format&gt;”</w:t>
      </w:r>
    </w:p>
    <w:p>
      <w:pPr>
        <w:spacing w:after="100"/>
      </w:pPr>
      <w:r>
        <w:rPr>
          <w:sz w:val="20"/>
        </w:rPr>
        <w:t>Planning prompt: “Before writing the final answer, create a short plan and list assumptions. Then produce the final output.”</w:t>
      </w:r>
    </w:p>
    <w:p>
      <w:pPr>
        <w:spacing w:after="100"/>
      </w:pPr>
      <w:r>
        <w:rPr>
          <w:sz w:val="20"/>
        </w:rPr>
        <w:t>Claude Code prompt: “Inspect first, plan second, implement third, test fourth, summarize fifth.”</w:t>
      </w:r>
    </w:p>
    <w:p>
      <w:r>
        <w:br w:type="page"/>
      </w:r>
    </w:p>
    <w:p>
      <w:pPr>
        <w:jc w:val="right"/>
      </w:pPr>
      <w:r>
        <w:rPr>
          <w:color w:val="8C8C8C"/>
          <w:sz w:val="16"/>
        </w:rPr>
        <w:t>Page 16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Quality Checklist</w:t>
      </w:r>
    </w:p>
    <w:p>
      <w:pPr>
        <w:spacing w:after="100"/>
      </w:pPr>
      <w:r>
        <w:rPr>
          <w:sz w:val="20"/>
        </w:rPr>
        <w:t>Did I define success criteria? Did I include constraints? Did I give examples? Did I specify output format? Did I say what should not change? Did I ask for a final recommendation?</w:t>
      </w:r>
    </w:p>
    <w:p>
      <w:pPr>
        <w:spacing w:after="100"/>
      </w:pPr>
      <w:r>
        <w:rPr>
          <w:sz w:val="20"/>
        </w:rPr>
        <w:t>For long work: use sections or tags.</w:t>
      </w:r>
    </w:p>
    <w:p>
      <w:pPr>
        <w:spacing w:after="100"/>
      </w:pPr>
      <w:r>
        <w:rPr>
          <w:sz w:val="20"/>
        </w:rPr>
        <w:t>For coding: tell Claude whether to inspect, plan, edit, test, or only explain.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Use this sentence: “Preserve the existing structure unless changing it is necessary, and explain why.”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17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Prompt Better Skill</w:t>
      </w:r>
    </w:p>
    <w:p>
      <w:pPr>
        <w:spacing w:after="100"/>
      </w:pPr>
      <w:r>
        <w:rPr>
          <w:sz w:val="20"/>
        </w:rPr>
        <w:t>A Claude skill is a reusable instruction pack that tells Claude how to behave for a specific workflow.</w:t>
      </w:r>
    </w:p>
    <w:p>
      <w:pPr>
        <w:spacing w:after="100"/>
      </w:pPr>
      <w:r>
        <w:rPr>
          <w:sz w:val="20"/>
        </w:rPr>
        <w:t>For a prompting skill, the behavior should be: improve rough prompts, preserve user intent, add missing requirements, add output format, add rules, and create copy-paste-ready prompts.</w:t>
      </w:r>
    </w:p>
    <w:p>
      <w:pPr>
        <w:spacing w:after="100"/>
      </w:pPr>
      <w:r>
        <w:rPr>
          <w:sz w:val="20"/>
        </w:rPr>
        <w:t>The skill should not automatically make prompts longer unless detail is needed. It should make them clearer and more effective.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Skill instruction: “When the user gives a rough prompt, transform it into a structured prompt with Role, Goal, Context, Requirements, Constraints, Output Format, and Acceptance Criteria.”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18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Claude Workflow for Vibe Coding</w:t>
      </w:r>
    </w:p>
    <w:p>
      <w:pPr>
        <w:spacing w:after="100"/>
      </w:pPr>
      <w:r>
        <w:rPr>
          <w:sz w:val="20"/>
        </w:rPr>
        <w:t>Use Claude when you want a clean PRD, careful explanation, or codebase-aware implementation plan.</w:t>
      </w:r>
    </w:p>
    <w:p>
      <w:pPr>
        <w:spacing w:after="100"/>
      </w:pPr>
      <w:r>
        <w:rPr>
          <w:sz w:val="20"/>
        </w:rPr>
        <w:t>Workflow: rough idea → clarified goal → PRD → acceptance criteria → build prompt → code plan → implementation → review.</w:t>
      </w:r>
    </w:p>
    <w:p>
      <w:pPr>
        <w:spacing w:after="100"/>
      </w:pPr>
      <w:r>
        <w:rPr>
          <w:sz w:val="20"/>
        </w:rPr>
        <w:t>Claude is a strong planning tool before sending work to Claude Code or another builder.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Prompt: “Take this app idea and create a PRD plus a Claude Code implementation prompt. Make both copy-paste ready.”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19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Daily Practice: Claude 5-Minute Prompt Drill</w:t>
      </w:r>
    </w:p>
    <w:p>
      <w:pPr>
        <w:spacing w:after="100"/>
      </w:pPr>
      <w:r>
        <w:rPr>
          <w:sz w:val="20"/>
        </w:rPr>
        <w:t>Practice Claude with one messy document or app idea. First ask for success criteria. Then ask for a structured draft. Then ask for a careful revision.</w:t>
      </w:r>
    </w:p>
    <w:p>
      <w:pPr>
        <w:spacing w:after="100"/>
      </w:pPr>
      <w:r>
        <w:rPr>
          <w:sz w:val="20"/>
        </w:rPr>
        <w:t>This trains Claude prompting around quality standards instead of vague improvement.</w:t>
      </w:r>
    </w:p>
    <w:p>
      <w:pPr>
        <w:spacing w:after="100"/>
      </w:pPr>
      <w:r>
        <w:rPr>
          <w:sz w:val="20"/>
        </w:rPr>
        <w:t>Use tags when the prompt gets long: context, task, rules, output_format.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Drill: messy notes → success criteria → structured draft → review → final version.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Self-check: Did I define what good means before asking Claude to finish?</w:t>
            </w:r>
          </w:p>
        </w:tc>
      </w:tr>
    </w:tbl>
    <w:p>
      <w:r>
        <w:br w:type="page"/>
      </w:r>
    </w:p>
    <w:p>
      <w:pPr>
        <w:jc w:val="right"/>
      </w:pPr>
      <w:r>
        <w:rPr>
          <w:color w:val="8C8C8C"/>
          <w:sz w:val="16"/>
        </w:rPr>
        <w:t>Page 20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37"/>
      </w:tblGrid>
      <w:tr>
        <w:trPr>
          <w:trHeight w:val="80"/>
        </w:trPr>
        <w:tc>
          <w:tcPr>
            <w:tcW w:type="dxa" w:w="10037"/>
            <w:shd w:fill="7C3AED"/>
          </w:tcPr>
          <w:p>
            <w:pPr>
              <w:spacing w:after="0" w:before="0"/>
            </w:pPr>
            <w:r/>
          </w:p>
        </w:tc>
      </w:tr>
    </w:tbl>
    <w:p>
      <w:pPr>
        <w:pStyle w:val="Heading1"/>
      </w:pPr>
      <w:r>
        <w:rPr>
          <w:b/>
        </w:rPr>
        <w:t>Final Ranking: When to Use Claude</w:t>
      </w:r>
    </w:p>
    <w:p>
      <w:pPr>
        <w:spacing w:after="100"/>
      </w:pPr>
      <w:r>
        <w:rPr>
          <w:sz w:val="20"/>
        </w:rPr>
        <w:t>Use Claude first when the job is: PRDs, long documents, careful writing, code review, codebase planning, structured analysis, and prompt chaining.</w:t>
      </w:r>
    </w:p>
    <w:p>
      <w:pPr>
        <w:spacing w:after="100"/>
      </w:pPr>
      <w:r>
        <w:rPr>
          <w:sz w:val="20"/>
        </w:rPr>
        <w:t>Use ChatGPT first when the job is: fast prompt improvement, general planning, tutoring, brainstorming, and flexible outputs.</w:t>
      </w:r>
    </w:p>
    <w:p>
      <w:pPr>
        <w:spacing w:after="100"/>
      </w:pPr>
      <w:r>
        <w:rPr>
          <w:sz w:val="20"/>
        </w:rPr>
        <w:t>Use Gemini first when the job is: large context, media-heavy work, Google AI Studio, or concise direct task execution.</w:t>
      </w:r>
    </w:p>
    <w:p>
      <w:pPr>
        <w:spacing w:after="100"/>
      </w:pPr>
      <w:r>
        <w:rPr>
          <w:sz w:val="20"/>
        </w:rPr>
        <w:t>Best Claude prompt style: clear success criteria, structured sections, examples, and constraints.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Use this: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Source notes: Anthropic Claude prompt engineering docs and support docs; OpenAI Help Center; Google AI for Developers.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7"/>
      </w:tblGrid>
      <w:tr>
        <w:tc>
          <w:tcPr>
            <w:tcW w:type="dxa" w:w="10037"/>
            <w:shd w:fill="F3F4F6"/>
          </w:tcPr>
          <w:p>
            <w:r>
              <w:rPr>
                <w:b/>
                <w:color w:val="7C3AED"/>
                <w:sz w:val="20"/>
              </w:rPr>
              <w:t>Source notes used while preparing this playbook: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Anthropic Claude Docs: Prompt engineering overview — establish success criteria and tests before improving prompts.</w:t>
            </w:r>
          </w:p>
          <w:p>
            <w:pPr>
              <w:pStyle w:val="ListBullet"/>
              <w:spacing w:after="40"/>
            </w:pPr>
            <w:r>
              <w:rPr>
                <w:sz w:val="18"/>
              </w:rPr>
              <w:t>Claude Support: Get started with Claude — prompt Claude naturally and conversationally; Claude supports complex requests such as analysis, creative writing, coding, and technical tasks.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Prompting Playbook • Google Docs Ready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05050"/>
        <w:sz w:val="16"/>
      </w:rPr>
      <w:t>Claude Prompting Playbook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C3AE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7C3A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7C3AE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