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rPr>
          <w:color w:val="8C8C8C"/>
          <w:sz w:val="16"/>
        </w:rPr>
        <w:t>Page 1</w:t>
      </w:r>
    </w:p>
    <w:tbl>
      <w:tblPr>
        <w:tblW w:type="auto" w:w="0"/>
        <w:tblLayout w:type="autofit"/>
        <w:tblLook w:firstColumn="1" w:firstRow="1" w:lastColumn="0" w:lastRow="0" w:noHBand="0" w:noVBand="1" w:val="04A0"/>
      </w:tblPr>
      <w:tblGrid>
        <w:gridCol w:w="10037"/>
      </w:tblGrid>
      <w:tr>
        <w:trPr>
          <w:trHeight w:val="80"/>
        </w:trPr>
        <w:tc>
          <w:tcPr>
            <w:tcW w:type="dxa" w:w="10037"/>
            <w:shd w:fill="0F766E"/>
          </w:tcPr>
          <w:p>
            <w:pPr>
              <w:spacing w:after="0" w:before="0"/>
            </w:pPr>
            <w:r/>
          </w:p>
        </w:tc>
      </w:tr>
    </w:tbl>
    <w:p>
      <w:pPr>
        <w:spacing w:before="1080"/>
        <w:jc w:val="center"/>
      </w:pPr>
      <w:r>
        <w:rPr>
          <w:b/>
          <w:color w:val="0F766E"/>
          <w:sz w:val="56"/>
        </w:rPr>
        <w:t>ChatGPT Prompting Playbook</w:t>
      </w:r>
    </w:p>
    <w:p>
      <w:pPr>
        <w:jc w:val="center"/>
      </w:pPr>
      <w:r>
        <w:rPr>
          <w:color w:val="505050"/>
          <w:sz w:val="26"/>
        </w:rPr>
        <w:t>Best uses, prompt patterns, PRDs, coding prompts, and reusable templates</w:t>
      </w:r>
    </w:p>
    <w:p/>
    <w:p>
      <w:pPr>
        <w:jc w:val="left"/>
      </w:pPr>
      <w:r>
        <w:rPr>
          <w:sz w:val="22"/>
        </w:rPr>
        <w:t>ChatGPT is strongest when you need a flexible thinking partner: turning messy ideas into clear plans, prompts, PRDs, outlines, code specs, explanations, structured tables, and polished writing.</w:t>
      </w:r>
    </w:p>
    <w:p>
      <w:pPr>
        <w:jc w:val="left"/>
      </w:pPr>
      <w:r>
        <w:rPr>
          <w:sz w:val="22"/>
        </w:rPr>
        <w:t>Use ChatGPT when your task is not only “answer this,” but “help me shape the work.” It is especially useful for planning, improving prompts, checking logic, summarizing, brainstorming, writing, and iterating.</w:t>
      </w:r>
    </w:p>
    <w:p>
      <w:pPr>
        <w:jc w:val="left"/>
      </w:pPr>
      <w:r>
        <w:rPr>
          <w:sz w:val="22"/>
        </w:rPr>
        <w:t>The core rule: give ChatGPT the goal, context, constraints, output format, and quality bar. Then ask it to revise or improve instead of expecting perfection in one message.</w:t>
      </w:r>
    </w:p>
    <w:tbl>
      <w:tblPr>
        <w:tblStyle w:val="TableGrid"/>
        <w:tblW w:type="auto" w:w="0"/>
        <w:tblLook w:firstColumn="1" w:firstRow="1" w:lastColumn="0" w:lastRow="0" w:noHBand="0" w:noVBand="1" w:val="04A0"/>
      </w:tblPr>
      <w:tblGrid>
        <w:gridCol w:w="10037"/>
      </w:tblGrid>
      <w:tr>
        <w:tc>
          <w:tcPr>
            <w:tcW w:type="dxa" w:w="10037"/>
            <w:shd w:fill="F3F4F6"/>
          </w:tcPr>
          <w:p>
            <w:r>
              <w:rPr>
                <w:b/>
                <w:color w:val="0F766E"/>
                <w:sz w:val="20"/>
              </w:rPr>
              <w:t>Best at:</w:t>
            </w:r>
          </w:p>
          <w:p>
            <w:pPr>
              <w:pStyle w:val="ListBullet"/>
              <w:spacing w:after="40"/>
            </w:pPr>
            <w:r>
              <w:rPr>
                <w:sz w:val="18"/>
              </w:rPr>
              <w:t>Best fit: prompt improvement, PRDs, app planning, tutoring, writing, marketing, code explanation, spreadsheet-style outputs, step-by-step workflows.</w:t>
            </w:r>
          </w:p>
        </w:tc>
      </w:tr>
    </w:tbl>
    <w:p>
      <w:pPr>
        <w:spacing w:before="200"/>
      </w:pPr>
      <w:r>
        <w:rPr>
          <w:i/>
          <w:sz w:val="18"/>
        </w:rPr>
        <w:t>Built as a practical prompting playbook. Use the examples as starting points and adapt them to your exact task.</w:t>
      </w:r>
    </w:p>
    <w:p>
      <w:r>
        <w:br w:type="page"/>
      </w:r>
    </w:p>
    <w:p>
      <w:pPr>
        <w:jc w:val="right"/>
      </w:pPr>
      <w:r>
        <w:rPr>
          <w:color w:val="8C8C8C"/>
          <w:sz w:val="16"/>
        </w:rPr>
        <w:t>Page 2</w:t>
      </w:r>
    </w:p>
    <w:tbl>
      <w:tblPr>
        <w:tblW w:type="auto" w:w="0"/>
        <w:tblLayout w:type="autofit"/>
        <w:tblLook w:firstColumn="1" w:firstRow="1" w:lastColumn="0" w:lastRow="0" w:noHBand="0" w:noVBand="1" w:val="04A0"/>
      </w:tblPr>
      <w:tblGrid>
        <w:gridCol w:w="10037"/>
      </w:tblGrid>
      <w:tr>
        <w:trPr>
          <w:trHeight w:val="80"/>
        </w:trPr>
        <w:tc>
          <w:tcPr>
            <w:tcW w:type="dxa" w:w="10037"/>
            <w:shd w:fill="0F766E"/>
          </w:tcPr>
          <w:p>
            <w:pPr>
              <w:spacing w:after="0" w:before="0"/>
            </w:pPr>
            <w:r/>
          </w:p>
        </w:tc>
      </w:tr>
    </w:tbl>
    <w:p>
      <w:pPr>
        <w:pStyle w:val="Heading1"/>
      </w:pPr>
      <w:r>
        <w:rPr>
          <w:b/>
        </w:rPr>
        <w:t>The ChatGPT Prompt Formula</w:t>
      </w:r>
    </w:p>
    <w:p>
      <w:pPr>
        <w:spacing w:after="100"/>
      </w:pPr>
      <w:r>
        <w:rPr>
          <w:sz w:val="20"/>
        </w:rPr>
        <w:t>Use this formula for most prompts: Role + Goal + Context + Requirements + Output Format + Rules + Quality Check.</w:t>
      </w:r>
    </w:p>
    <w:p>
      <w:pPr>
        <w:spacing w:after="100"/>
      </w:pPr>
      <w:r>
        <w:rPr>
          <w:sz w:val="20"/>
        </w:rPr>
        <w:t>Example: “Act as a senior product manager. Create a PRD for an AI ranking app. Use the details below. Include user stories, features, data model, acceptance criteria, and MVP scope. Do not invent live benchmark claims.”</w:t>
      </w:r>
    </w:p>
    <w:p>
      <w:pPr>
        <w:spacing w:after="100"/>
      </w:pPr>
      <w:r>
        <w:rPr>
          <w:sz w:val="20"/>
        </w:rPr>
        <w:t>This works because ChatGPT performs better when the task is explicit and the expected structure is clear.</w:t>
      </w:r>
    </w:p>
    <w:tbl>
      <w:tblPr>
        <w:tblStyle w:val="TableGrid"/>
        <w:tblW w:type="auto" w:w="0"/>
        <w:tblLook w:firstColumn="1" w:firstRow="1" w:lastColumn="0" w:lastRow="0" w:noHBand="0" w:noVBand="1" w:val="04A0"/>
      </w:tblPr>
      <w:tblGrid>
        <w:gridCol w:w="10037"/>
      </w:tblGrid>
      <w:tr>
        <w:tc>
          <w:tcPr>
            <w:tcW w:type="dxa" w:w="10037"/>
            <w:shd w:fill="F3F4F6"/>
          </w:tcPr>
          <w:p>
            <w:r>
              <w:rPr>
                <w:b/>
                <w:color w:val="0F766E"/>
                <w:sz w:val="20"/>
              </w:rPr>
              <w:t>Use this:</w:t>
            </w:r>
          </w:p>
          <w:p>
            <w:pPr>
              <w:pStyle w:val="ListBullet"/>
              <w:spacing w:after="40"/>
            </w:pPr>
            <w:r>
              <w:rPr>
                <w:sz w:val="18"/>
              </w:rPr>
              <w:t>Role: who it should act as.</w:t>
            </w:r>
          </w:p>
          <w:p>
            <w:pPr>
              <w:pStyle w:val="ListBullet"/>
              <w:spacing w:after="40"/>
            </w:pPr>
            <w:r>
              <w:rPr>
                <w:sz w:val="18"/>
              </w:rPr>
              <w:t>Goal: what you need.</w:t>
            </w:r>
          </w:p>
          <w:p>
            <w:pPr>
              <w:pStyle w:val="ListBullet"/>
              <w:spacing w:after="40"/>
            </w:pPr>
            <w:r>
              <w:rPr>
                <w:sz w:val="18"/>
              </w:rPr>
              <w:t>Context: what the app/project is.</w:t>
            </w:r>
          </w:p>
          <w:p>
            <w:pPr>
              <w:pStyle w:val="ListBullet"/>
              <w:spacing w:after="40"/>
            </w:pPr>
            <w:r>
              <w:rPr>
                <w:sz w:val="18"/>
              </w:rPr>
              <w:t>Requirements: what must be included.</w:t>
            </w:r>
          </w:p>
          <w:p>
            <w:pPr>
              <w:pStyle w:val="ListBullet"/>
              <w:spacing w:after="40"/>
            </w:pPr>
            <w:r>
              <w:rPr>
                <w:sz w:val="18"/>
              </w:rPr>
              <w:t>Output format: table, PRD, checklist, prompt, code, etc.</w:t>
            </w:r>
          </w:p>
          <w:p>
            <w:pPr>
              <w:pStyle w:val="ListBullet"/>
              <w:spacing w:after="40"/>
            </w:pPr>
            <w:r>
              <w:rPr>
                <w:sz w:val="18"/>
              </w:rPr>
              <w:t>Rules: what not to do.</w:t>
            </w:r>
          </w:p>
        </w:tc>
      </w:tr>
    </w:tbl>
    <w:p>
      <w:r>
        <w:br w:type="page"/>
      </w:r>
    </w:p>
    <w:p>
      <w:pPr>
        <w:jc w:val="right"/>
      </w:pPr>
      <w:r>
        <w:rPr>
          <w:color w:val="8C8C8C"/>
          <w:sz w:val="16"/>
        </w:rPr>
        <w:t>Page 3</w:t>
      </w:r>
    </w:p>
    <w:tbl>
      <w:tblPr>
        <w:tblW w:type="auto" w:w="0"/>
        <w:tblLayout w:type="autofit"/>
        <w:tblLook w:firstColumn="1" w:firstRow="1" w:lastColumn="0" w:lastRow="0" w:noHBand="0" w:noVBand="1" w:val="04A0"/>
      </w:tblPr>
      <w:tblGrid>
        <w:gridCol w:w="10037"/>
      </w:tblGrid>
      <w:tr>
        <w:trPr>
          <w:trHeight w:val="80"/>
        </w:trPr>
        <w:tc>
          <w:tcPr>
            <w:tcW w:type="dxa" w:w="10037"/>
            <w:shd w:fill="0F766E"/>
          </w:tcPr>
          <w:p>
            <w:pPr>
              <w:spacing w:after="0" w:before="0"/>
            </w:pPr>
            <w:r/>
          </w:p>
        </w:tc>
      </w:tr>
    </w:tbl>
    <w:p>
      <w:pPr>
        <w:pStyle w:val="Heading1"/>
      </w:pPr>
      <w:r>
        <w:rPr>
          <w:b/>
        </w:rPr>
        <w:t>Method 1: Ask for a PRD First</w:t>
      </w:r>
    </w:p>
    <w:p>
      <w:pPr>
        <w:spacing w:after="100"/>
      </w:pPr>
      <w:r>
        <w:rPr>
          <w:sz w:val="20"/>
        </w:rPr>
        <w:t>The best way to start a serious AI build is to ask for a PRD before asking for code. A PRD helps ChatGPT organize the app before Codex, Claude Code, Gemini, Base44, Lovable, or Replit starts building.</w:t>
      </w:r>
    </w:p>
    <w:p>
      <w:pPr>
        <w:spacing w:after="100"/>
      </w:pPr>
      <w:r>
        <w:rPr>
          <w:sz w:val="20"/>
        </w:rPr>
        <w:t>A PRD prevents random features, unclear screens, fake data, and broken logic. It turns your idea into buildable requirements.</w:t>
      </w:r>
    </w:p>
    <w:p>
      <w:pPr>
        <w:spacing w:after="100"/>
      </w:pPr>
      <w:r>
        <w:rPr>
          <w:sz w:val="20"/>
        </w:rPr>
        <w:t>For vibe coding, this is usually the best first prompt because it gives every later AI tool a strong map.</w:t>
      </w:r>
    </w:p>
    <w:tbl>
      <w:tblPr>
        <w:tblStyle w:val="TableGrid"/>
        <w:tblW w:type="auto" w:w="0"/>
        <w:tblLook w:firstColumn="1" w:firstRow="1" w:lastColumn="0" w:lastRow="0" w:noHBand="0" w:noVBand="1" w:val="04A0"/>
      </w:tblPr>
      <w:tblGrid>
        <w:gridCol w:w="10037"/>
      </w:tblGrid>
      <w:tr>
        <w:tc>
          <w:tcPr>
            <w:tcW w:type="dxa" w:w="10037"/>
            <w:shd w:fill="F3F4F6"/>
          </w:tcPr>
          <w:p>
            <w:r>
              <w:rPr>
                <w:b/>
                <w:color w:val="0F766E"/>
                <w:sz w:val="20"/>
              </w:rPr>
              <w:t>Use this:</w:t>
            </w:r>
          </w:p>
          <w:p>
            <w:pPr>
              <w:pStyle w:val="ListBullet"/>
              <w:spacing w:after="40"/>
            </w:pPr>
            <w:r>
              <w:rPr>
                <w:sz w:val="18"/>
              </w:rPr>
              <w:t>Prompt: “Create a complete PRD for [app idea]. Include goal, target users, user stories, screens, data model, features, acceptance criteria, MVP scope, out-of-scope items, and future features.”</w:t>
            </w:r>
          </w:p>
          <w:p>
            <w:pPr>
              <w:pStyle w:val="ListBullet"/>
              <w:spacing w:after="40"/>
            </w:pPr>
            <w:r>
              <w:rPr>
                <w:sz w:val="18"/>
              </w:rPr>
              <w:t>Add: “Ask no more than 3 clarifying questions only if needed. Otherwise make reasonable assumptions and state them.”</w:t>
            </w:r>
          </w:p>
        </w:tc>
      </w:tr>
    </w:tbl>
    <w:p>
      <w:r>
        <w:br w:type="page"/>
      </w:r>
    </w:p>
    <w:p>
      <w:pPr>
        <w:jc w:val="right"/>
      </w:pPr>
      <w:r>
        <w:rPr>
          <w:color w:val="8C8C8C"/>
          <w:sz w:val="16"/>
        </w:rPr>
        <w:t>Page 4</w:t>
      </w:r>
    </w:p>
    <w:tbl>
      <w:tblPr>
        <w:tblW w:type="auto" w:w="0"/>
        <w:tblLayout w:type="autofit"/>
        <w:tblLook w:firstColumn="1" w:firstRow="1" w:lastColumn="0" w:lastRow="0" w:noHBand="0" w:noVBand="1" w:val="04A0"/>
      </w:tblPr>
      <w:tblGrid>
        <w:gridCol w:w="10037"/>
      </w:tblGrid>
      <w:tr>
        <w:trPr>
          <w:trHeight w:val="80"/>
        </w:trPr>
        <w:tc>
          <w:tcPr>
            <w:tcW w:type="dxa" w:w="10037"/>
            <w:shd w:fill="0F766E"/>
          </w:tcPr>
          <w:p>
            <w:pPr>
              <w:spacing w:after="0" w:before="0"/>
            </w:pPr>
            <w:r/>
          </w:p>
        </w:tc>
      </w:tr>
    </w:tbl>
    <w:p>
      <w:pPr>
        <w:pStyle w:val="Heading1"/>
      </w:pPr>
      <w:r>
        <w:rPr>
          <w:b/>
        </w:rPr>
        <w:t>Method 2: Use ChatGPT as a Prompt Builder</w:t>
      </w:r>
    </w:p>
    <w:p>
      <w:pPr>
        <w:spacing w:after="100"/>
      </w:pPr>
      <w:r>
        <w:rPr>
          <w:sz w:val="20"/>
        </w:rPr>
        <w:t>ChatGPT is very good at rewriting messy prompts into clear prompts for other AI tools. Give it your rough idea and ask it to make the prompt stronger without changing your intent.</w:t>
      </w:r>
    </w:p>
    <w:p>
      <w:pPr>
        <w:spacing w:after="100"/>
      </w:pPr>
      <w:r>
        <w:rPr>
          <w:sz w:val="20"/>
        </w:rPr>
        <w:t>This is useful before using Codex, Claude Code, Gemini AI Studio, Manus, Base44, or Lovable.</w:t>
      </w:r>
    </w:p>
    <w:p>
      <w:pPr>
        <w:spacing w:after="100"/>
      </w:pPr>
      <w:r>
        <w:rPr>
          <w:sz w:val="20"/>
        </w:rPr>
        <w:t>A prompt builder prompt should ask ChatGPT to fix language, add missing requirements, improve structure, and add anti-fake-data rules.</w:t>
      </w:r>
    </w:p>
    <w:tbl>
      <w:tblPr>
        <w:tblStyle w:val="TableGrid"/>
        <w:tblW w:type="auto" w:w="0"/>
        <w:tblLook w:firstColumn="1" w:firstRow="1" w:lastColumn="0" w:lastRow="0" w:noHBand="0" w:noVBand="1" w:val="04A0"/>
      </w:tblPr>
      <w:tblGrid>
        <w:gridCol w:w="10037"/>
      </w:tblGrid>
      <w:tr>
        <w:tc>
          <w:tcPr>
            <w:tcW w:type="dxa" w:w="10037"/>
            <w:shd w:fill="F3F4F6"/>
          </w:tcPr>
          <w:p>
            <w:r>
              <w:rPr>
                <w:b/>
                <w:color w:val="0F766E"/>
                <w:sz w:val="20"/>
              </w:rPr>
              <w:t>Use this:</w:t>
            </w:r>
          </w:p>
          <w:p>
            <w:pPr>
              <w:pStyle w:val="ListBullet"/>
              <w:spacing w:after="40"/>
            </w:pPr>
            <w:r>
              <w:rPr>
                <w:sz w:val="18"/>
              </w:rPr>
              <w:t>Prompt: “Improve this prompt for Codex. Keep my idea, fix spelling and clarity, add missing requirements, add file structure, add testing steps, and make sure it does not fake data.”</w:t>
            </w:r>
          </w:p>
          <w:p>
            <w:pPr>
              <w:pStyle w:val="ListBullet"/>
              <w:spacing w:after="40"/>
            </w:pPr>
            <w:r>
              <w:rPr>
                <w:sz w:val="18"/>
              </w:rPr>
              <w:t>Prompt: “Turn this rough idea into a production-ready build prompt with sections and acceptance criteria.”</w:t>
            </w:r>
          </w:p>
        </w:tc>
      </w:tr>
    </w:tbl>
    <w:p>
      <w:r>
        <w:br w:type="page"/>
      </w:r>
    </w:p>
    <w:p>
      <w:pPr>
        <w:jc w:val="right"/>
      </w:pPr>
      <w:r>
        <w:rPr>
          <w:color w:val="8C8C8C"/>
          <w:sz w:val="16"/>
        </w:rPr>
        <w:t>Page 5</w:t>
      </w:r>
    </w:p>
    <w:tbl>
      <w:tblPr>
        <w:tblW w:type="auto" w:w="0"/>
        <w:tblLayout w:type="autofit"/>
        <w:tblLook w:firstColumn="1" w:firstRow="1" w:lastColumn="0" w:lastRow="0" w:noHBand="0" w:noVBand="1" w:val="04A0"/>
      </w:tblPr>
      <w:tblGrid>
        <w:gridCol w:w="10037"/>
      </w:tblGrid>
      <w:tr>
        <w:trPr>
          <w:trHeight w:val="80"/>
        </w:trPr>
        <w:tc>
          <w:tcPr>
            <w:tcW w:type="dxa" w:w="10037"/>
            <w:shd w:fill="0F766E"/>
          </w:tcPr>
          <w:p>
            <w:pPr>
              <w:spacing w:after="0" w:before="0"/>
            </w:pPr>
            <w:r/>
          </w:p>
        </w:tc>
      </w:tr>
    </w:tbl>
    <w:p>
      <w:pPr>
        <w:pStyle w:val="Heading1"/>
      </w:pPr>
      <w:r>
        <w:rPr>
          <w:b/>
        </w:rPr>
        <w:t>Method 3: ChatGPT for Coding Plans</w:t>
      </w:r>
    </w:p>
    <w:p>
      <w:pPr>
        <w:spacing w:after="100"/>
      </w:pPr>
      <w:r>
        <w:rPr>
          <w:sz w:val="20"/>
        </w:rPr>
        <w:t>Use ChatGPT before coding to design the architecture. Ask for components, data files, utility functions, state management, and test cases.</w:t>
      </w:r>
    </w:p>
    <w:p>
      <w:pPr>
        <w:spacing w:after="100"/>
      </w:pPr>
      <w:r>
        <w:rPr>
          <w:sz w:val="20"/>
        </w:rPr>
        <w:t>This helps you avoid giving Codex a vague prompt like “make the app.” Instead, you give Codex a plan it can implement.</w:t>
      </w:r>
    </w:p>
    <w:p>
      <w:pPr>
        <w:spacing w:after="100"/>
      </w:pPr>
      <w:r>
        <w:rPr>
          <w:sz w:val="20"/>
        </w:rPr>
        <w:t>ChatGPT is also useful for explaining code errors in simple language.</w:t>
      </w:r>
    </w:p>
    <w:tbl>
      <w:tblPr>
        <w:tblStyle w:val="TableGrid"/>
        <w:tblW w:type="auto" w:w="0"/>
        <w:tblLook w:firstColumn="1" w:firstRow="1" w:lastColumn="0" w:lastRow="0" w:noHBand="0" w:noVBand="1" w:val="04A0"/>
      </w:tblPr>
      <w:tblGrid>
        <w:gridCol w:w="10037"/>
      </w:tblGrid>
      <w:tr>
        <w:tc>
          <w:tcPr>
            <w:tcW w:type="dxa" w:w="10037"/>
            <w:shd w:fill="F3F4F6"/>
          </w:tcPr>
          <w:p>
            <w:r>
              <w:rPr>
                <w:b/>
                <w:color w:val="0F766E"/>
                <w:sz w:val="20"/>
              </w:rPr>
              <w:t>Use this:</w:t>
            </w:r>
          </w:p>
          <w:p>
            <w:pPr>
              <w:pStyle w:val="ListBullet"/>
              <w:spacing w:after="40"/>
            </w:pPr>
            <w:r>
              <w:rPr>
                <w:sz w:val="18"/>
              </w:rPr>
              <w:t>Prompt: “Create a technical implementation plan for this app using React, TypeScript, Vite, Tailwind CSS, and Recharts.”</w:t>
            </w:r>
          </w:p>
          <w:p>
            <w:pPr>
              <w:pStyle w:val="ListBullet"/>
              <w:spacing w:after="40"/>
            </w:pPr>
            <w:r>
              <w:rPr>
                <w:sz w:val="18"/>
              </w:rPr>
              <w:t>Prompt: “Break this app into components, data files, utility functions, pages, and tests.”</w:t>
            </w:r>
          </w:p>
          <w:p>
            <w:pPr>
              <w:pStyle w:val="ListBullet"/>
              <w:spacing w:after="40"/>
            </w:pPr>
            <w:r>
              <w:rPr>
                <w:sz w:val="18"/>
              </w:rPr>
              <w:t>Prompt: “Explain this error and give the exact fix without rewriting unrelated files.”</w:t>
            </w:r>
          </w:p>
        </w:tc>
      </w:tr>
    </w:tbl>
    <w:p>
      <w:r>
        <w:br w:type="page"/>
      </w:r>
    </w:p>
    <w:p>
      <w:pPr>
        <w:jc w:val="right"/>
      </w:pPr>
      <w:r>
        <w:rPr>
          <w:color w:val="8C8C8C"/>
          <w:sz w:val="16"/>
        </w:rPr>
        <w:t>Page 6</w:t>
      </w:r>
    </w:p>
    <w:tbl>
      <w:tblPr>
        <w:tblW w:type="auto" w:w="0"/>
        <w:tblLayout w:type="autofit"/>
        <w:tblLook w:firstColumn="1" w:firstRow="1" w:lastColumn="0" w:lastRow="0" w:noHBand="0" w:noVBand="1" w:val="04A0"/>
      </w:tblPr>
      <w:tblGrid>
        <w:gridCol w:w="10037"/>
      </w:tblGrid>
      <w:tr>
        <w:trPr>
          <w:trHeight w:val="80"/>
        </w:trPr>
        <w:tc>
          <w:tcPr>
            <w:tcW w:type="dxa" w:w="10037"/>
            <w:shd w:fill="0F766E"/>
          </w:tcPr>
          <w:p>
            <w:pPr>
              <w:spacing w:after="0" w:before="0"/>
            </w:pPr>
            <w:r/>
          </w:p>
        </w:tc>
      </w:tr>
    </w:tbl>
    <w:p>
      <w:pPr>
        <w:pStyle w:val="Heading1"/>
      </w:pPr>
      <w:r>
        <w:rPr>
          <w:b/>
        </w:rPr>
        <w:t>Method 4: ChatGPT for Writing and Polishing</w:t>
      </w:r>
    </w:p>
    <w:p>
      <w:pPr>
        <w:spacing w:after="100"/>
      </w:pPr>
      <w:r>
        <w:rPr>
          <w:sz w:val="20"/>
        </w:rPr>
        <w:t>Use ChatGPT when you need writing that sounds more professional, simpler, shorter, more persuasive, or more organized.</w:t>
      </w:r>
    </w:p>
    <w:p>
      <w:pPr>
        <w:spacing w:after="100"/>
      </w:pPr>
      <w:r>
        <w:rPr>
          <w:sz w:val="20"/>
        </w:rPr>
        <w:t>It is strong at turning notes into emails, essays, captions, product descriptions, school explanations, pitch decks, and website copy.</w:t>
      </w:r>
    </w:p>
    <w:p>
      <w:pPr>
        <w:spacing w:after="100"/>
      </w:pPr>
      <w:r>
        <w:rPr>
          <w:sz w:val="20"/>
        </w:rPr>
        <w:t>Always say the tone and length you want.</w:t>
      </w:r>
    </w:p>
    <w:tbl>
      <w:tblPr>
        <w:tblStyle w:val="TableGrid"/>
        <w:tblW w:type="auto" w:w="0"/>
        <w:tblLook w:firstColumn="1" w:firstRow="1" w:lastColumn="0" w:lastRow="0" w:noHBand="0" w:noVBand="1" w:val="04A0"/>
      </w:tblPr>
      <w:tblGrid>
        <w:gridCol w:w="10037"/>
      </w:tblGrid>
      <w:tr>
        <w:tc>
          <w:tcPr>
            <w:tcW w:type="dxa" w:w="10037"/>
            <w:shd w:fill="F3F4F6"/>
          </w:tcPr>
          <w:p>
            <w:r>
              <w:rPr>
                <w:b/>
                <w:color w:val="0F766E"/>
                <w:sz w:val="20"/>
              </w:rPr>
              <w:t>Use this:</w:t>
            </w:r>
          </w:p>
          <w:p>
            <w:pPr>
              <w:pStyle w:val="ListBullet"/>
              <w:spacing w:after="40"/>
            </w:pPr>
            <w:r>
              <w:rPr>
                <w:sz w:val="18"/>
              </w:rPr>
              <w:t>Prompt: “Rewrite this in simple English but keep the meaning.”</w:t>
            </w:r>
          </w:p>
          <w:p>
            <w:pPr>
              <w:pStyle w:val="ListBullet"/>
              <w:spacing w:after="40"/>
            </w:pPr>
            <w:r>
              <w:rPr>
                <w:sz w:val="18"/>
              </w:rPr>
              <w:t>Prompt: “Make this sound professional, clear, and not too long.”</w:t>
            </w:r>
          </w:p>
          <w:p>
            <w:pPr>
              <w:pStyle w:val="ListBullet"/>
              <w:spacing w:after="40"/>
            </w:pPr>
            <w:r>
              <w:rPr>
                <w:sz w:val="18"/>
              </w:rPr>
              <w:t>Prompt: “Turn these messy notes into a clean document with headings.”</w:t>
            </w:r>
          </w:p>
        </w:tc>
      </w:tr>
    </w:tbl>
    <w:p>
      <w:r>
        <w:br w:type="page"/>
      </w:r>
    </w:p>
    <w:p>
      <w:pPr>
        <w:jc w:val="right"/>
      </w:pPr>
      <w:r>
        <w:rPr>
          <w:color w:val="8C8C8C"/>
          <w:sz w:val="16"/>
        </w:rPr>
        <w:t>Page 7</w:t>
      </w:r>
    </w:p>
    <w:tbl>
      <w:tblPr>
        <w:tblW w:type="auto" w:w="0"/>
        <w:tblLayout w:type="autofit"/>
        <w:tblLook w:firstColumn="1" w:firstRow="1" w:lastColumn="0" w:lastRow="0" w:noHBand="0" w:noVBand="1" w:val="04A0"/>
      </w:tblPr>
      <w:tblGrid>
        <w:gridCol w:w="10037"/>
      </w:tblGrid>
      <w:tr>
        <w:trPr>
          <w:trHeight w:val="80"/>
        </w:trPr>
        <w:tc>
          <w:tcPr>
            <w:tcW w:type="dxa" w:w="10037"/>
            <w:shd w:fill="0F766E"/>
          </w:tcPr>
          <w:p>
            <w:pPr>
              <w:spacing w:after="0" w:before="0"/>
            </w:pPr>
            <w:r/>
          </w:p>
        </w:tc>
      </w:tr>
    </w:tbl>
    <w:p>
      <w:pPr>
        <w:pStyle w:val="Heading1"/>
      </w:pPr>
      <w:r>
        <w:rPr>
          <w:b/>
        </w:rPr>
        <w:t>Method 5: ChatGPT for Learning and Tutoring</w:t>
      </w:r>
    </w:p>
    <w:p>
      <w:pPr>
        <w:spacing w:after="100"/>
      </w:pPr>
      <w:r>
        <w:rPr>
          <w:sz w:val="20"/>
        </w:rPr>
        <w:t>ChatGPT is useful when you want something explained at your level. Ask it to teach step by step, give examples, check your answer, and then give practice questions.</w:t>
      </w:r>
    </w:p>
    <w:p>
      <w:pPr>
        <w:spacing w:after="100"/>
      </w:pPr>
      <w:r>
        <w:rPr>
          <w:sz w:val="20"/>
        </w:rPr>
        <w:t>A good tutoring prompt should include what you already understand and where you are stuck.</w:t>
      </w:r>
    </w:p>
    <w:p>
      <w:pPr>
        <w:spacing w:after="100"/>
      </w:pPr>
      <w:r>
        <w:rPr>
          <w:sz w:val="20"/>
        </w:rPr>
        <w:t>Ask it to avoid skipping steps.</w:t>
      </w:r>
    </w:p>
    <w:tbl>
      <w:tblPr>
        <w:tblStyle w:val="TableGrid"/>
        <w:tblW w:type="auto" w:w="0"/>
        <w:tblLook w:firstColumn="1" w:firstRow="1" w:lastColumn="0" w:lastRow="0" w:noHBand="0" w:noVBand="1" w:val="04A0"/>
      </w:tblPr>
      <w:tblGrid>
        <w:gridCol w:w="10037"/>
      </w:tblGrid>
      <w:tr>
        <w:tc>
          <w:tcPr>
            <w:tcW w:type="dxa" w:w="10037"/>
            <w:shd w:fill="F3F4F6"/>
          </w:tcPr>
          <w:p>
            <w:r>
              <w:rPr>
                <w:b/>
                <w:color w:val="0F766E"/>
                <w:sz w:val="20"/>
              </w:rPr>
              <w:t>Use this:</w:t>
            </w:r>
          </w:p>
          <w:p>
            <w:pPr>
              <w:pStyle w:val="ListBullet"/>
              <w:spacing w:after="40"/>
            </w:pPr>
            <w:r>
              <w:rPr>
                <w:sz w:val="18"/>
              </w:rPr>
              <w:t>Prompt: “Teach me this like I am new to it. Use simple words, one example, then give me 3 practice questions.”</w:t>
            </w:r>
          </w:p>
          <w:p>
            <w:pPr>
              <w:pStyle w:val="ListBullet"/>
              <w:spacing w:after="40"/>
            </w:pPr>
            <w:r>
              <w:rPr>
                <w:sz w:val="18"/>
              </w:rPr>
              <w:t>Prompt: “Do not just give me the answer. First explain the idea, then solve it step by step.”</w:t>
            </w:r>
          </w:p>
        </w:tc>
      </w:tr>
    </w:tbl>
    <w:p>
      <w:r>
        <w:br w:type="page"/>
      </w:r>
    </w:p>
    <w:p>
      <w:pPr>
        <w:jc w:val="right"/>
      </w:pPr>
      <w:r>
        <w:rPr>
          <w:color w:val="8C8C8C"/>
          <w:sz w:val="16"/>
        </w:rPr>
        <w:t>Page 8</w:t>
      </w:r>
    </w:p>
    <w:tbl>
      <w:tblPr>
        <w:tblW w:type="auto" w:w="0"/>
        <w:tblLayout w:type="autofit"/>
        <w:tblLook w:firstColumn="1" w:firstRow="1" w:lastColumn="0" w:lastRow="0" w:noHBand="0" w:noVBand="1" w:val="04A0"/>
      </w:tblPr>
      <w:tblGrid>
        <w:gridCol w:w="10037"/>
      </w:tblGrid>
      <w:tr>
        <w:trPr>
          <w:trHeight w:val="80"/>
        </w:trPr>
        <w:tc>
          <w:tcPr>
            <w:tcW w:type="dxa" w:w="10037"/>
            <w:shd w:fill="0F766E"/>
          </w:tcPr>
          <w:p>
            <w:pPr>
              <w:spacing w:after="0" w:before="0"/>
            </w:pPr>
            <w:r/>
          </w:p>
        </w:tc>
      </w:tr>
    </w:tbl>
    <w:p>
      <w:pPr>
        <w:pStyle w:val="Heading1"/>
      </w:pPr>
      <w:r>
        <w:rPr>
          <w:b/>
        </w:rPr>
        <w:t>ChatGPT for Research and Summaries</w:t>
      </w:r>
    </w:p>
    <w:p>
      <w:pPr>
        <w:spacing w:after="100"/>
      </w:pPr>
      <w:r>
        <w:rPr>
          <w:sz w:val="20"/>
        </w:rPr>
        <w:t>Use ChatGPT for organizing research, extracting key points from documents, comparing arguments, and creating summary tables.</w:t>
      </w:r>
    </w:p>
    <w:p>
      <w:pPr>
        <w:spacing w:after="100"/>
      </w:pPr>
      <w:r>
        <w:rPr>
          <w:sz w:val="20"/>
        </w:rPr>
        <w:t>For current facts, prices, laws, or recent news, use browsing or provide sources. Do not rely on memory for changing information.</w:t>
      </w:r>
    </w:p>
    <w:p>
      <w:pPr>
        <w:spacing w:after="100"/>
      </w:pPr>
      <w:r>
        <w:rPr>
          <w:sz w:val="20"/>
        </w:rPr>
        <w:t>The best research prompts tell ChatGPT what to look for and how to cite or separate facts from assumptions.</w:t>
      </w:r>
    </w:p>
    <w:tbl>
      <w:tblPr>
        <w:tblStyle w:val="TableGrid"/>
        <w:tblW w:type="auto" w:w="0"/>
        <w:tblLook w:firstColumn="1" w:firstRow="1" w:lastColumn="0" w:lastRow="0" w:noHBand="0" w:noVBand="1" w:val="04A0"/>
      </w:tblPr>
      <w:tblGrid>
        <w:gridCol w:w="10037"/>
      </w:tblGrid>
      <w:tr>
        <w:tc>
          <w:tcPr>
            <w:tcW w:type="dxa" w:w="10037"/>
            <w:shd w:fill="F3F4F6"/>
          </w:tcPr>
          <w:p>
            <w:r>
              <w:rPr>
                <w:b/>
                <w:color w:val="0F766E"/>
                <w:sz w:val="20"/>
              </w:rPr>
              <w:t>Use this:</w:t>
            </w:r>
          </w:p>
          <w:p>
            <w:pPr>
              <w:pStyle w:val="ListBullet"/>
              <w:spacing w:after="40"/>
            </w:pPr>
            <w:r>
              <w:rPr>
                <w:sz w:val="18"/>
              </w:rPr>
              <w:t>Prompt: “Summarize this document into key points, risks, open questions, and action items.”</w:t>
            </w:r>
          </w:p>
          <w:p>
            <w:pPr>
              <w:pStyle w:val="ListBullet"/>
              <w:spacing w:after="40"/>
            </w:pPr>
            <w:r>
              <w:rPr>
                <w:sz w:val="18"/>
              </w:rPr>
              <w:t>Prompt: “Separate confirmed facts from assumptions and tell me what needs verification.”</w:t>
            </w:r>
          </w:p>
        </w:tc>
      </w:tr>
    </w:tbl>
    <w:p>
      <w:r>
        <w:br w:type="page"/>
      </w:r>
    </w:p>
    <w:p>
      <w:pPr>
        <w:jc w:val="right"/>
      </w:pPr>
      <w:r>
        <w:rPr>
          <w:color w:val="8C8C8C"/>
          <w:sz w:val="16"/>
        </w:rPr>
        <w:t>Page 9</w:t>
      </w:r>
    </w:p>
    <w:tbl>
      <w:tblPr>
        <w:tblW w:type="auto" w:w="0"/>
        <w:tblLayout w:type="autofit"/>
        <w:tblLook w:firstColumn="1" w:firstRow="1" w:lastColumn="0" w:lastRow="0" w:noHBand="0" w:noVBand="1" w:val="04A0"/>
      </w:tblPr>
      <w:tblGrid>
        <w:gridCol w:w="10037"/>
      </w:tblGrid>
      <w:tr>
        <w:trPr>
          <w:trHeight w:val="80"/>
        </w:trPr>
        <w:tc>
          <w:tcPr>
            <w:tcW w:type="dxa" w:w="10037"/>
            <w:shd w:fill="0F766E"/>
          </w:tcPr>
          <w:p>
            <w:pPr>
              <w:spacing w:after="0" w:before="0"/>
            </w:pPr>
            <w:r/>
          </w:p>
        </w:tc>
      </w:tr>
    </w:tbl>
    <w:p>
      <w:pPr>
        <w:pStyle w:val="Heading1"/>
      </w:pPr>
      <w:r>
        <w:rPr>
          <w:b/>
        </w:rPr>
        <w:t>ChatGPT for Tables and Spreadsheets</w:t>
      </w:r>
    </w:p>
    <w:p>
      <w:pPr>
        <w:spacing w:after="100"/>
      </w:pPr>
      <w:r>
        <w:rPr>
          <w:sz w:val="20"/>
        </w:rPr>
        <w:t>ChatGPT is useful for turning messy comparisons into clean tables that can be pasted into Excel or Google Sheets.</w:t>
      </w:r>
    </w:p>
    <w:p>
      <w:pPr>
        <w:spacing w:after="100"/>
      </w:pPr>
      <w:r>
        <w:rPr>
          <w:sz w:val="20"/>
        </w:rPr>
        <w:t>Ask for CSV format or tab-separated values when you want easy copying.</w:t>
      </w:r>
    </w:p>
    <w:p>
      <w:pPr>
        <w:spacing w:after="100"/>
      </w:pPr>
      <w:r>
        <w:rPr>
          <w:sz w:val="20"/>
        </w:rPr>
        <w:t>For formulas, ask it to explain what each formula does.</w:t>
      </w:r>
    </w:p>
    <w:tbl>
      <w:tblPr>
        <w:tblStyle w:val="TableGrid"/>
        <w:tblW w:type="auto" w:w="0"/>
        <w:tblLook w:firstColumn="1" w:firstRow="1" w:lastColumn="0" w:lastRow="0" w:noHBand="0" w:noVBand="1" w:val="04A0"/>
      </w:tblPr>
      <w:tblGrid>
        <w:gridCol w:w="10037"/>
      </w:tblGrid>
      <w:tr>
        <w:tc>
          <w:tcPr>
            <w:tcW w:type="dxa" w:w="10037"/>
            <w:shd w:fill="F3F4F6"/>
          </w:tcPr>
          <w:p>
            <w:r>
              <w:rPr>
                <w:b/>
                <w:color w:val="0F766E"/>
                <w:sz w:val="20"/>
              </w:rPr>
              <w:t>Use this:</w:t>
            </w:r>
          </w:p>
          <w:p>
            <w:pPr>
              <w:pStyle w:val="ListBullet"/>
              <w:spacing w:after="40"/>
            </w:pPr>
            <w:r>
              <w:rPr>
                <w:sz w:val="18"/>
              </w:rPr>
              <w:t>Prompt: “Make this into a table I can copy into Excel. Use columns: Name, Category, Price, Pros, Cons, Best For.”</w:t>
            </w:r>
          </w:p>
          <w:p>
            <w:pPr>
              <w:pStyle w:val="ListBullet"/>
              <w:spacing w:after="40"/>
            </w:pPr>
            <w:r>
              <w:rPr>
                <w:sz w:val="18"/>
              </w:rPr>
              <w:t>Prompt: “Create a CSV with headers and no extra explanation.”</w:t>
            </w:r>
          </w:p>
        </w:tc>
      </w:tr>
    </w:tbl>
    <w:p>
      <w:r>
        <w:br w:type="page"/>
      </w:r>
    </w:p>
    <w:p>
      <w:pPr>
        <w:jc w:val="right"/>
      </w:pPr>
      <w:r>
        <w:rPr>
          <w:color w:val="8C8C8C"/>
          <w:sz w:val="16"/>
        </w:rPr>
        <w:t>Page 10</w:t>
      </w:r>
    </w:p>
    <w:tbl>
      <w:tblPr>
        <w:tblW w:type="auto" w:w="0"/>
        <w:tblLayout w:type="autofit"/>
        <w:tblLook w:firstColumn="1" w:firstRow="1" w:lastColumn="0" w:lastRow="0" w:noHBand="0" w:noVBand="1" w:val="04A0"/>
      </w:tblPr>
      <w:tblGrid>
        <w:gridCol w:w="10037"/>
      </w:tblGrid>
      <w:tr>
        <w:trPr>
          <w:trHeight w:val="80"/>
        </w:trPr>
        <w:tc>
          <w:tcPr>
            <w:tcW w:type="dxa" w:w="10037"/>
            <w:shd w:fill="0F766E"/>
          </w:tcPr>
          <w:p>
            <w:pPr>
              <w:spacing w:after="0" w:before="0"/>
            </w:pPr>
            <w:r/>
          </w:p>
        </w:tc>
      </w:tr>
    </w:tbl>
    <w:p>
      <w:pPr>
        <w:pStyle w:val="Heading1"/>
      </w:pPr>
      <w:r>
        <w:rPr>
          <w:b/>
        </w:rPr>
        <w:t>ChatGPT for Image, UI, and Design Prompts</w:t>
      </w:r>
    </w:p>
    <w:p>
      <w:pPr>
        <w:spacing w:after="100"/>
      </w:pPr>
      <w:r>
        <w:rPr>
          <w:sz w:val="20"/>
        </w:rPr>
        <w:t>Use ChatGPT to create prompts for image generators, website builders, UI design tools, and brand concepts.</w:t>
      </w:r>
    </w:p>
    <w:p>
      <w:pPr>
        <w:spacing w:after="100"/>
      </w:pPr>
      <w:r>
        <w:rPr>
          <w:sz w:val="20"/>
        </w:rPr>
        <w:t>Describe the style, colors, mood, layout, audience, and what must be excluded.</w:t>
      </w:r>
    </w:p>
    <w:p>
      <w:pPr>
        <w:spacing w:after="100"/>
      </w:pPr>
      <w:r>
        <w:rPr>
          <w:sz w:val="20"/>
        </w:rPr>
        <w:t>For app UI, ask for layout sections and component behavior, not just “make it modern.”</w:t>
      </w:r>
    </w:p>
    <w:tbl>
      <w:tblPr>
        <w:tblStyle w:val="TableGrid"/>
        <w:tblW w:type="auto" w:w="0"/>
        <w:tblLook w:firstColumn="1" w:firstRow="1" w:lastColumn="0" w:lastRow="0" w:noHBand="0" w:noVBand="1" w:val="04A0"/>
      </w:tblPr>
      <w:tblGrid>
        <w:gridCol w:w="10037"/>
      </w:tblGrid>
      <w:tr>
        <w:tc>
          <w:tcPr>
            <w:tcW w:type="dxa" w:w="10037"/>
            <w:shd w:fill="F3F4F6"/>
          </w:tcPr>
          <w:p>
            <w:r>
              <w:rPr>
                <w:b/>
                <w:color w:val="0F766E"/>
                <w:sz w:val="20"/>
              </w:rPr>
              <w:t>Use this:</w:t>
            </w:r>
          </w:p>
          <w:p>
            <w:pPr>
              <w:pStyle w:val="ListBullet"/>
              <w:spacing w:after="40"/>
            </w:pPr>
            <w:r>
              <w:rPr>
                <w:sz w:val="18"/>
              </w:rPr>
              <w:t>Prompt: “Create a premium dark-mode SaaS dashboard design prompt with glassmorphism, charts, cards, filters, and responsive layout.”</w:t>
            </w:r>
          </w:p>
          <w:p>
            <w:pPr>
              <w:pStyle w:val="ListBullet"/>
              <w:spacing w:after="40"/>
            </w:pPr>
            <w:r>
              <w:rPr>
                <w:sz w:val="18"/>
              </w:rPr>
              <w:t>Prompt: “Make this image prompt more specific: subject, style, lighting, composition, colors, and negative constraints.”</w:t>
            </w:r>
          </w:p>
        </w:tc>
      </w:tr>
    </w:tbl>
    <w:p>
      <w:r>
        <w:br w:type="page"/>
      </w:r>
    </w:p>
    <w:p>
      <w:pPr>
        <w:jc w:val="right"/>
      </w:pPr>
      <w:r>
        <w:rPr>
          <w:color w:val="8C8C8C"/>
          <w:sz w:val="16"/>
        </w:rPr>
        <w:t>Page 11</w:t>
      </w:r>
    </w:p>
    <w:tbl>
      <w:tblPr>
        <w:tblW w:type="auto" w:w="0"/>
        <w:tblLayout w:type="autofit"/>
        <w:tblLook w:firstColumn="1" w:firstRow="1" w:lastColumn="0" w:lastRow="0" w:noHBand="0" w:noVBand="1" w:val="04A0"/>
      </w:tblPr>
      <w:tblGrid>
        <w:gridCol w:w="10037"/>
      </w:tblGrid>
      <w:tr>
        <w:trPr>
          <w:trHeight w:val="80"/>
        </w:trPr>
        <w:tc>
          <w:tcPr>
            <w:tcW w:type="dxa" w:w="10037"/>
            <w:shd w:fill="0F766E"/>
          </w:tcPr>
          <w:p>
            <w:pPr>
              <w:spacing w:after="0" w:before="0"/>
            </w:pPr>
            <w:r/>
          </w:p>
        </w:tc>
      </w:tr>
    </w:tbl>
    <w:p>
      <w:pPr>
        <w:pStyle w:val="Heading1"/>
      </w:pPr>
      <w:r>
        <w:rPr>
          <w:b/>
        </w:rPr>
        <w:t>ChatGPT for Debugging Prompts</w:t>
      </w:r>
    </w:p>
    <w:p>
      <w:pPr>
        <w:spacing w:after="100"/>
      </w:pPr>
      <w:r>
        <w:rPr>
          <w:sz w:val="20"/>
        </w:rPr>
        <w:t>When something breaks, give ChatGPT the error, what you clicked, what you expected, and what actually happened.</w:t>
      </w:r>
    </w:p>
    <w:p>
      <w:pPr>
        <w:spacing w:after="100"/>
      </w:pPr>
      <w:r>
        <w:rPr>
          <w:sz w:val="20"/>
        </w:rPr>
        <w:t>Tell it not to rewrite the whole app unless necessary.</w:t>
      </w:r>
    </w:p>
    <w:p>
      <w:pPr>
        <w:spacing w:after="100"/>
      </w:pPr>
      <w:r>
        <w:rPr>
          <w:sz w:val="20"/>
        </w:rPr>
        <w:t>Ask for exact file changes.</w:t>
      </w:r>
    </w:p>
    <w:tbl>
      <w:tblPr>
        <w:tblStyle w:val="TableGrid"/>
        <w:tblW w:type="auto" w:w="0"/>
        <w:tblLook w:firstColumn="1" w:firstRow="1" w:lastColumn="0" w:lastRow="0" w:noHBand="0" w:noVBand="1" w:val="04A0"/>
      </w:tblPr>
      <w:tblGrid>
        <w:gridCol w:w="10037"/>
      </w:tblGrid>
      <w:tr>
        <w:tc>
          <w:tcPr>
            <w:tcW w:type="dxa" w:w="10037"/>
            <w:shd w:fill="F3F4F6"/>
          </w:tcPr>
          <w:p>
            <w:r>
              <w:rPr>
                <w:b/>
                <w:color w:val="0F766E"/>
                <w:sz w:val="20"/>
              </w:rPr>
              <w:t>Use this:</w:t>
            </w:r>
          </w:p>
          <w:p>
            <w:pPr>
              <w:pStyle w:val="ListBullet"/>
              <w:spacing w:after="40"/>
            </w:pPr>
            <w:r>
              <w:rPr>
                <w:sz w:val="18"/>
              </w:rPr>
              <w:t>Debug prompt: “Here is the error. I was running npm run dev. Expected the app to load. Actual result: blank page. Find the cause and give exact fixes. Do not change unrelated files.”</w:t>
            </w:r>
          </w:p>
          <w:p>
            <w:pPr>
              <w:pStyle w:val="ListBullet"/>
              <w:spacing w:after="40"/>
            </w:pPr>
            <w:r>
              <w:rPr>
                <w:sz w:val="18"/>
              </w:rPr>
              <w:t>Add screenshots or file names when possible.</w:t>
            </w:r>
          </w:p>
        </w:tc>
      </w:tr>
    </w:tbl>
    <w:p>
      <w:r>
        <w:br w:type="page"/>
      </w:r>
    </w:p>
    <w:p>
      <w:pPr>
        <w:jc w:val="right"/>
      </w:pPr>
      <w:r>
        <w:rPr>
          <w:color w:val="8C8C8C"/>
          <w:sz w:val="16"/>
        </w:rPr>
        <w:t>Page 12</w:t>
      </w:r>
    </w:p>
    <w:tbl>
      <w:tblPr>
        <w:tblW w:type="auto" w:w="0"/>
        <w:tblLayout w:type="autofit"/>
        <w:tblLook w:firstColumn="1" w:firstRow="1" w:lastColumn="0" w:lastRow="0" w:noHBand="0" w:noVBand="1" w:val="04A0"/>
      </w:tblPr>
      <w:tblGrid>
        <w:gridCol w:w="10037"/>
      </w:tblGrid>
      <w:tr>
        <w:trPr>
          <w:trHeight w:val="80"/>
        </w:trPr>
        <w:tc>
          <w:tcPr>
            <w:tcW w:type="dxa" w:w="10037"/>
            <w:shd w:fill="0F766E"/>
          </w:tcPr>
          <w:p>
            <w:pPr>
              <w:spacing w:after="0" w:before="0"/>
            </w:pPr>
            <w:r/>
          </w:p>
        </w:tc>
      </w:tr>
    </w:tbl>
    <w:p>
      <w:pPr>
        <w:pStyle w:val="Heading1"/>
      </w:pPr>
      <w:r>
        <w:rPr>
          <w:b/>
        </w:rPr>
        <w:t>ChatGPT for Business and Marketing</w:t>
      </w:r>
    </w:p>
    <w:p>
      <w:pPr>
        <w:spacing w:after="100"/>
      </w:pPr>
      <w:r>
        <w:rPr>
          <w:sz w:val="20"/>
        </w:rPr>
        <w:t>ChatGPT is useful for naming, positioning, marketing checklists, launch plans, product descriptions, content calendars, and customer personas.</w:t>
      </w:r>
    </w:p>
    <w:p>
      <w:pPr>
        <w:spacing w:after="100"/>
      </w:pPr>
      <w:r>
        <w:rPr>
          <w:sz w:val="20"/>
        </w:rPr>
        <w:t>To get better marketing output, define the audience, price, region, product, competitor, and goal.</w:t>
      </w:r>
    </w:p>
    <w:p>
      <w:pPr>
        <w:spacing w:after="100"/>
      </w:pPr>
      <w:r>
        <w:rPr>
          <w:sz w:val="20"/>
        </w:rPr>
        <w:t>Ask for action steps, not only ideas.</w:t>
      </w:r>
    </w:p>
    <w:tbl>
      <w:tblPr>
        <w:tblStyle w:val="TableGrid"/>
        <w:tblW w:type="auto" w:w="0"/>
        <w:tblLook w:firstColumn="1" w:firstRow="1" w:lastColumn="0" w:lastRow="0" w:noHBand="0" w:noVBand="1" w:val="04A0"/>
      </w:tblPr>
      <w:tblGrid>
        <w:gridCol w:w="10037"/>
      </w:tblGrid>
      <w:tr>
        <w:tc>
          <w:tcPr>
            <w:tcW w:type="dxa" w:w="10037"/>
            <w:shd w:fill="F3F4F6"/>
          </w:tcPr>
          <w:p>
            <w:r>
              <w:rPr>
                <w:b/>
                <w:color w:val="0F766E"/>
                <w:sz w:val="20"/>
              </w:rPr>
              <w:t>Use this:</w:t>
            </w:r>
          </w:p>
          <w:p>
            <w:pPr>
              <w:pStyle w:val="ListBullet"/>
              <w:spacing w:after="40"/>
            </w:pPr>
            <w:r>
              <w:rPr>
                <w:sz w:val="18"/>
              </w:rPr>
              <w:t>Prompt: “Create a SaaS launch checklist for this product. Organize by pre-launch, launch week, and post-launch. Include owner, priority, and success metric.”</w:t>
            </w:r>
          </w:p>
          <w:p>
            <w:pPr>
              <w:pStyle w:val="ListBullet"/>
              <w:spacing w:after="40"/>
            </w:pPr>
            <w:r>
              <w:rPr>
                <w:sz w:val="18"/>
              </w:rPr>
              <w:t>Prompt: “Give me 20 TikTok hooks for this product, grouped by pain point.”</w:t>
            </w:r>
          </w:p>
        </w:tc>
      </w:tr>
    </w:tbl>
    <w:p>
      <w:r>
        <w:br w:type="page"/>
      </w:r>
    </w:p>
    <w:p>
      <w:pPr>
        <w:jc w:val="right"/>
      </w:pPr>
      <w:r>
        <w:rPr>
          <w:color w:val="8C8C8C"/>
          <w:sz w:val="16"/>
        </w:rPr>
        <w:t>Page 13</w:t>
      </w:r>
    </w:p>
    <w:tbl>
      <w:tblPr>
        <w:tblW w:type="auto" w:w="0"/>
        <w:tblLayout w:type="autofit"/>
        <w:tblLook w:firstColumn="1" w:firstRow="1" w:lastColumn="0" w:lastRow="0" w:noHBand="0" w:noVBand="1" w:val="04A0"/>
      </w:tblPr>
      <w:tblGrid>
        <w:gridCol w:w="10037"/>
      </w:tblGrid>
      <w:tr>
        <w:trPr>
          <w:trHeight w:val="80"/>
        </w:trPr>
        <w:tc>
          <w:tcPr>
            <w:tcW w:type="dxa" w:w="10037"/>
            <w:shd w:fill="0F766E"/>
          </w:tcPr>
          <w:p>
            <w:pPr>
              <w:spacing w:after="0" w:before="0"/>
            </w:pPr>
            <w:r/>
          </w:p>
        </w:tc>
      </w:tr>
    </w:tbl>
    <w:p>
      <w:pPr>
        <w:pStyle w:val="Heading1"/>
      </w:pPr>
      <w:r>
        <w:rPr>
          <w:b/>
        </w:rPr>
        <w:t>ChatGPT for App Building Workflow</w:t>
      </w:r>
    </w:p>
    <w:p>
      <w:pPr>
        <w:spacing w:after="100"/>
      </w:pPr>
      <w:r>
        <w:rPr>
          <w:sz w:val="20"/>
        </w:rPr>
        <w:t>Use ChatGPT as the planning layer, then send the build prompt to the coding tool.</w:t>
      </w:r>
    </w:p>
    <w:p>
      <w:pPr>
        <w:spacing w:after="100"/>
      </w:pPr>
      <w:r>
        <w:rPr>
          <w:sz w:val="20"/>
        </w:rPr>
        <w:t>Workflow: idea → PRD → build prompt → technical plan → code generation → run → debug → polish → deploy.</w:t>
      </w:r>
    </w:p>
    <w:p>
      <w:pPr>
        <w:spacing w:after="100"/>
      </w:pPr>
      <w:r>
        <w:rPr>
          <w:sz w:val="20"/>
        </w:rPr>
        <w:t>Do not ask the coding tool to guess the whole product from one vague sentence.</w:t>
      </w:r>
    </w:p>
    <w:tbl>
      <w:tblPr>
        <w:tblStyle w:val="TableGrid"/>
        <w:tblW w:type="auto" w:w="0"/>
        <w:tblLook w:firstColumn="1" w:firstRow="1" w:lastColumn="0" w:lastRow="0" w:noHBand="0" w:noVBand="1" w:val="04A0"/>
      </w:tblPr>
      <w:tblGrid>
        <w:gridCol w:w="10037"/>
      </w:tblGrid>
      <w:tr>
        <w:tc>
          <w:tcPr>
            <w:tcW w:type="dxa" w:w="10037"/>
            <w:shd w:fill="F3F4F6"/>
          </w:tcPr>
          <w:p>
            <w:r>
              <w:rPr>
                <w:b/>
                <w:color w:val="0F766E"/>
                <w:sz w:val="20"/>
              </w:rPr>
              <w:t>Use this:</w:t>
            </w:r>
          </w:p>
          <w:p>
            <w:pPr>
              <w:pStyle w:val="ListBullet"/>
              <w:spacing w:after="40"/>
            </w:pPr>
            <w:r>
              <w:rPr>
                <w:sz w:val="18"/>
              </w:rPr>
              <w:t>Step 1: Ask ChatGPT for the PRD.</w:t>
            </w:r>
          </w:p>
          <w:p>
            <w:pPr>
              <w:pStyle w:val="ListBullet"/>
              <w:spacing w:after="40"/>
            </w:pPr>
            <w:r>
              <w:rPr>
                <w:sz w:val="18"/>
              </w:rPr>
              <w:t>Step 2: Ask for a Codex/Claude Code prompt.</w:t>
            </w:r>
          </w:p>
          <w:p>
            <w:pPr>
              <w:pStyle w:val="ListBullet"/>
              <w:spacing w:after="40"/>
            </w:pPr>
            <w:r>
              <w:rPr>
                <w:sz w:val="18"/>
              </w:rPr>
              <w:t>Step 3: Ask for a testing checklist.</w:t>
            </w:r>
          </w:p>
          <w:p>
            <w:pPr>
              <w:pStyle w:val="ListBullet"/>
              <w:spacing w:after="40"/>
            </w:pPr>
            <w:r>
              <w:rPr>
                <w:sz w:val="18"/>
              </w:rPr>
              <w:t>Step 4: Paste errors back for targeted fixes.</w:t>
            </w:r>
          </w:p>
        </w:tc>
      </w:tr>
    </w:tbl>
    <w:p>
      <w:r>
        <w:br w:type="page"/>
      </w:r>
    </w:p>
    <w:p>
      <w:pPr>
        <w:jc w:val="right"/>
      </w:pPr>
      <w:r>
        <w:rPr>
          <w:color w:val="8C8C8C"/>
          <w:sz w:val="16"/>
        </w:rPr>
        <w:t>Page 14</w:t>
      </w:r>
    </w:p>
    <w:tbl>
      <w:tblPr>
        <w:tblW w:type="auto" w:w="0"/>
        <w:tblLayout w:type="autofit"/>
        <w:tblLook w:firstColumn="1" w:firstRow="1" w:lastColumn="0" w:lastRow="0" w:noHBand="0" w:noVBand="1" w:val="04A0"/>
      </w:tblPr>
      <w:tblGrid>
        <w:gridCol w:w="10037"/>
      </w:tblGrid>
      <w:tr>
        <w:trPr>
          <w:trHeight w:val="80"/>
        </w:trPr>
        <w:tc>
          <w:tcPr>
            <w:tcW w:type="dxa" w:w="10037"/>
            <w:shd w:fill="0F766E"/>
          </w:tcPr>
          <w:p>
            <w:pPr>
              <w:spacing w:after="0" w:before="0"/>
            </w:pPr>
            <w:r/>
          </w:p>
        </w:tc>
      </w:tr>
    </w:tbl>
    <w:p>
      <w:pPr>
        <w:pStyle w:val="Heading1"/>
      </w:pPr>
      <w:r>
        <w:rPr>
          <w:b/>
        </w:rPr>
        <w:t>ChatGPT Custom Instructions / Memory Style Prompts</w:t>
      </w:r>
    </w:p>
    <w:p>
      <w:pPr>
        <w:spacing w:after="100"/>
      </w:pPr>
      <w:r>
        <w:rPr>
          <w:sz w:val="20"/>
        </w:rPr>
        <w:t>You can get more consistent output by telling ChatGPT your preferred style, such as “make it simple,” “do not agree if I am wrong,” or “give me the best option first.”</w:t>
      </w:r>
    </w:p>
    <w:p>
      <w:pPr>
        <w:spacing w:after="100"/>
      </w:pPr>
      <w:r>
        <w:rPr>
          <w:sz w:val="20"/>
        </w:rPr>
        <w:t>For a project, paste the app goal, tech stack, data rules, and style rules at the start of the conversation.</w:t>
      </w:r>
    </w:p>
    <w:p>
      <w:pPr>
        <w:spacing w:after="100"/>
      </w:pPr>
      <w:r>
        <w:rPr>
          <w:sz w:val="20"/>
        </w:rPr>
        <w:t>For school or learning, tell it your level and ask for step-by-step explanations.</w:t>
      </w:r>
    </w:p>
    <w:tbl>
      <w:tblPr>
        <w:tblStyle w:val="TableGrid"/>
        <w:tblW w:type="auto" w:w="0"/>
        <w:tblLook w:firstColumn="1" w:firstRow="1" w:lastColumn="0" w:lastRow="0" w:noHBand="0" w:noVBand="1" w:val="04A0"/>
      </w:tblPr>
      <w:tblGrid>
        <w:gridCol w:w="10037"/>
      </w:tblGrid>
      <w:tr>
        <w:tc>
          <w:tcPr>
            <w:tcW w:type="dxa" w:w="10037"/>
            <w:shd w:fill="F3F4F6"/>
          </w:tcPr>
          <w:p>
            <w:r>
              <w:rPr>
                <w:b/>
                <w:color w:val="0F766E"/>
                <w:sz w:val="20"/>
              </w:rPr>
              <w:t>Use this:</w:t>
            </w:r>
          </w:p>
          <w:p>
            <w:pPr>
              <w:pStyle w:val="ListBullet"/>
              <w:spacing w:after="40"/>
            </w:pPr>
            <w:r>
              <w:rPr>
                <w:sz w:val="18"/>
              </w:rPr>
              <w:t>Project instruction: “For this whole chat, treat this as a React TypeScript app. Preserve existing features, avoid fake data, and explain changes simply.”</w:t>
            </w:r>
          </w:p>
          <w:p>
            <w:pPr>
              <w:pStyle w:val="ListBullet"/>
              <w:spacing w:after="40"/>
            </w:pPr>
            <w:r>
              <w:rPr>
                <w:sz w:val="18"/>
              </w:rPr>
              <w:t>Learning instruction: “Explain like I am new, but do not make it childish.”</w:t>
            </w:r>
          </w:p>
        </w:tc>
      </w:tr>
    </w:tbl>
    <w:p>
      <w:r>
        <w:br w:type="page"/>
      </w:r>
    </w:p>
    <w:p>
      <w:pPr>
        <w:jc w:val="right"/>
      </w:pPr>
      <w:r>
        <w:rPr>
          <w:color w:val="8C8C8C"/>
          <w:sz w:val="16"/>
        </w:rPr>
        <w:t>Page 15</w:t>
      </w:r>
    </w:p>
    <w:tbl>
      <w:tblPr>
        <w:tblW w:type="auto" w:w="0"/>
        <w:tblLayout w:type="autofit"/>
        <w:tblLook w:firstColumn="1" w:firstRow="1" w:lastColumn="0" w:lastRow="0" w:noHBand="0" w:noVBand="1" w:val="04A0"/>
      </w:tblPr>
      <w:tblGrid>
        <w:gridCol w:w="10037"/>
      </w:tblGrid>
      <w:tr>
        <w:trPr>
          <w:trHeight w:val="80"/>
        </w:trPr>
        <w:tc>
          <w:tcPr>
            <w:tcW w:type="dxa" w:w="10037"/>
            <w:shd w:fill="0F766E"/>
          </w:tcPr>
          <w:p>
            <w:pPr>
              <w:spacing w:after="0" w:before="0"/>
            </w:pPr>
            <w:r/>
          </w:p>
        </w:tc>
      </w:tr>
    </w:tbl>
    <w:p>
      <w:pPr>
        <w:pStyle w:val="Heading1"/>
      </w:pPr>
      <w:r>
        <w:rPr>
          <w:b/>
        </w:rPr>
        <w:t>ChatGPT Mistakes to Avoid</w:t>
      </w:r>
    </w:p>
    <w:p>
      <w:pPr>
        <w:spacing w:after="100"/>
      </w:pPr>
      <w:r>
        <w:rPr>
          <w:sz w:val="20"/>
        </w:rPr>
        <w:t>Do not ask for everything in one vague prompt.</w:t>
      </w:r>
    </w:p>
    <w:p>
      <w:pPr>
        <w:spacing w:after="100"/>
      </w:pPr>
      <w:r>
        <w:rPr>
          <w:sz w:val="20"/>
        </w:rPr>
        <w:t>Do not accept fake live claims without sources.</w:t>
      </w:r>
    </w:p>
    <w:p>
      <w:pPr>
        <w:spacing w:after="100"/>
      </w:pPr>
      <w:r>
        <w:rPr>
          <w:sz w:val="20"/>
        </w:rPr>
        <w:t>Do not say “make it better” without saying what better means.</w:t>
      </w:r>
    </w:p>
    <w:p>
      <w:pPr>
        <w:spacing w:after="100"/>
      </w:pPr>
      <w:r>
        <w:rPr>
          <w:sz w:val="20"/>
        </w:rPr>
        <w:t>Do not paste only half the error message.</w:t>
      </w:r>
    </w:p>
    <w:p>
      <w:pPr>
        <w:spacing w:after="100"/>
      </w:pPr>
      <w:r>
        <w:rPr>
          <w:sz w:val="20"/>
        </w:rPr>
        <w:t>Do not keep changing the app idea while the AI is coding unless you update the PRD.</w:t>
      </w:r>
    </w:p>
    <w:tbl>
      <w:tblPr>
        <w:tblStyle w:val="TableGrid"/>
        <w:tblW w:type="auto" w:w="0"/>
        <w:tblLook w:firstColumn="1" w:firstRow="1" w:lastColumn="0" w:lastRow="0" w:noHBand="0" w:noVBand="1" w:val="04A0"/>
      </w:tblPr>
      <w:tblGrid>
        <w:gridCol w:w="10037"/>
      </w:tblGrid>
      <w:tr>
        <w:tc>
          <w:tcPr>
            <w:tcW w:type="dxa" w:w="10037"/>
            <w:shd w:fill="F3F4F6"/>
          </w:tcPr>
          <w:p>
            <w:r>
              <w:rPr>
                <w:b/>
                <w:color w:val="0F766E"/>
                <w:sz w:val="20"/>
              </w:rPr>
              <w:t>Use this:</w:t>
            </w:r>
          </w:p>
          <w:p>
            <w:pPr>
              <w:pStyle w:val="ListBullet"/>
              <w:spacing w:after="40"/>
            </w:pPr>
            <w:r>
              <w:rPr>
                <w:sz w:val="18"/>
              </w:rPr>
              <w:t>Better: “Improve the mobile layout only.”</w:t>
            </w:r>
          </w:p>
          <w:p>
            <w:pPr>
              <w:pStyle w:val="ListBullet"/>
              <w:spacing w:after="40"/>
            </w:pPr>
            <w:r>
              <w:rPr>
                <w:sz w:val="18"/>
              </w:rPr>
              <w:t>Better: “Keep the same data structure.”</w:t>
            </w:r>
          </w:p>
          <w:p>
            <w:pPr>
              <w:pStyle w:val="ListBullet"/>
              <w:spacing w:after="40"/>
            </w:pPr>
            <w:r>
              <w:rPr>
                <w:sz w:val="18"/>
              </w:rPr>
              <w:t>Better: “Use sample data and label it as sample data.”</w:t>
            </w:r>
          </w:p>
        </w:tc>
      </w:tr>
    </w:tbl>
    <w:p>
      <w:r>
        <w:br w:type="page"/>
      </w:r>
    </w:p>
    <w:p>
      <w:pPr>
        <w:jc w:val="right"/>
      </w:pPr>
      <w:r>
        <w:rPr>
          <w:color w:val="8C8C8C"/>
          <w:sz w:val="16"/>
        </w:rPr>
        <w:t>Page 16</w:t>
      </w:r>
    </w:p>
    <w:tbl>
      <w:tblPr>
        <w:tblW w:type="auto" w:w="0"/>
        <w:tblLayout w:type="autofit"/>
        <w:tblLook w:firstColumn="1" w:firstRow="1" w:lastColumn="0" w:lastRow="0" w:noHBand="0" w:noVBand="1" w:val="04A0"/>
      </w:tblPr>
      <w:tblGrid>
        <w:gridCol w:w="10037"/>
      </w:tblGrid>
      <w:tr>
        <w:trPr>
          <w:trHeight w:val="80"/>
        </w:trPr>
        <w:tc>
          <w:tcPr>
            <w:tcW w:type="dxa" w:w="10037"/>
            <w:shd w:fill="0F766E"/>
          </w:tcPr>
          <w:p>
            <w:pPr>
              <w:spacing w:after="0" w:before="0"/>
            </w:pPr>
            <w:r/>
          </w:p>
        </w:tc>
      </w:tr>
    </w:tbl>
    <w:p>
      <w:pPr>
        <w:pStyle w:val="Heading1"/>
      </w:pPr>
      <w:r>
        <w:rPr>
          <w:b/>
        </w:rPr>
        <w:t>ChatGPT Copy-Paste Prompt Pack 1</w:t>
      </w:r>
    </w:p>
    <w:p>
      <w:pPr>
        <w:spacing w:after="100"/>
      </w:pPr>
      <w:r>
        <w:rPr>
          <w:sz w:val="20"/>
        </w:rPr>
        <w:t>PRD prompt: “Create a PRD for [idea]. Include product summary, users, problems, features, screens, data model, acceptance criteria, MVP scope, and future features.”</w:t>
      </w:r>
    </w:p>
    <w:p>
      <w:pPr>
        <w:spacing w:after="100"/>
      </w:pPr>
      <w:r>
        <w:rPr>
          <w:sz w:val="20"/>
        </w:rPr>
        <w:t>Prompt improvement prompt: “Improve this prompt without changing the idea. Fix spelling, add missing requirements, add sections, add rules, and make it ready for [AI tool].”</w:t>
      </w:r>
    </w:p>
    <w:p>
      <w:pPr>
        <w:spacing w:after="100"/>
      </w:pPr>
      <w:r>
        <w:rPr>
          <w:sz w:val="20"/>
        </w:rPr>
        <w:t>Coding plan prompt: “Create a technical plan for this app with file structure, components, types, data, utility functions, and tests.”</w:t>
      </w:r>
    </w:p>
    <w:p>
      <w:r>
        <w:br w:type="page"/>
      </w:r>
    </w:p>
    <w:p>
      <w:pPr>
        <w:jc w:val="right"/>
      </w:pPr>
      <w:r>
        <w:rPr>
          <w:color w:val="8C8C8C"/>
          <w:sz w:val="16"/>
        </w:rPr>
        <w:t>Page 17</w:t>
      </w:r>
    </w:p>
    <w:tbl>
      <w:tblPr>
        <w:tblW w:type="auto" w:w="0"/>
        <w:tblLayout w:type="autofit"/>
        <w:tblLook w:firstColumn="1" w:firstRow="1" w:lastColumn="0" w:lastRow="0" w:noHBand="0" w:noVBand="1" w:val="04A0"/>
      </w:tblPr>
      <w:tblGrid>
        <w:gridCol w:w="10037"/>
      </w:tblGrid>
      <w:tr>
        <w:trPr>
          <w:trHeight w:val="80"/>
        </w:trPr>
        <w:tc>
          <w:tcPr>
            <w:tcW w:type="dxa" w:w="10037"/>
            <w:shd w:fill="0F766E"/>
          </w:tcPr>
          <w:p>
            <w:pPr>
              <w:spacing w:after="0" w:before="0"/>
            </w:pPr>
            <w:r/>
          </w:p>
        </w:tc>
      </w:tr>
    </w:tbl>
    <w:p>
      <w:pPr>
        <w:pStyle w:val="Heading1"/>
      </w:pPr>
      <w:r>
        <w:rPr>
          <w:b/>
        </w:rPr>
        <w:t>ChatGPT Copy-Paste Prompt Pack 2</w:t>
      </w:r>
    </w:p>
    <w:p>
      <w:pPr>
        <w:spacing w:after="100"/>
      </w:pPr>
      <w:r>
        <w:rPr>
          <w:sz w:val="20"/>
        </w:rPr>
        <w:t>Debug prompt: “Here is the error: [error]. I was doing [action]. Expected [expected]. Actual [actual]. Fix the cause and show exact file changes.”</w:t>
      </w:r>
    </w:p>
    <w:p>
      <w:pPr>
        <w:spacing w:after="100"/>
      </w:pPr>
      <w:r>
        <w:rPr>
          <w:sz w:val="20"/>
        </w:rPr>
        <w:t>Polish prompt: “Improve the UI with better spacing, hierarchy, mobile responsiveness, hover states, and premium styling. Do not change logic.”</w:t>
      </w:r>
    </w:p>
    <w:p>
      <w:pPr>
        <w:spacing w:after="100"/>
      </w:pPr>
      <w:r>
        <w:rPr>
          <w:sz w:val="20"/>
        </w:rPr>
        <w:t>Learning prompt: “Teach me [topic] step by step, then quiz me with 5 questions and check my answers.”</w:t>
      </w:r>
    </w:p>
    <w:p>
      <w:r>
        <w:br w:type="page"/>
      </w:r>
    </w:p>
    <w:p>
      <w:pPr>
        <w:jc w:val="right"/>
      </w:pPr>
      <w:r>
        <w:rPr>
          <w:color w:val="8C8C8C"/>
          <w:sz w:val="16"/>
        </w:rPr>
        <w:t>Page 18</w:t>
      </w:r>
    </w:p>
    <w:tbl>
      <w:tblPr>
        <w:tblW w:type="auto" w:w="0"/>
        <w:tblLayout w:type="autofit"/>
        <w:tblLook w:firstColumn="1" w:firstRow="1" w:lastColumn="0" w:lastRow="0" w:noHBand="0" w:noVBand="1" w:val="04A0"/>
      </w:tblPr>
      <w:tblGrid>
        <w:gridCol w:w="10037"/>
      </w:tblGrid>
      <w:tr>
        <w:trPr>
          <w:trHeight w:val="80"/>
        </w:trPr>
        <w:tc>
          <w:tcPr>
            <w:tcW w:type="dxa" w:w="10037"/>
            <w:shd w:fill="0F766E"/>
          </w:tcPr>
          <w:p>
            <w:pPr>
              <w:spacing w:after="0" w:before="0"/>
            </w:pPr>
            <w:r/>
          </w:p>
        </w:tc>
      </w:tr>
    </w:tbl>
    <w:p>
      <w:pPr>
        <w:pStyle w:val="Heading1"/>
      </w:pPr>
      <w:r>
        <w:rPr>
          <w:b/>
        </w:rPr>
        <w:t>ChatGPT Quality Checklist</w:t>
      </w:r>
    </w:p>
    <w:p>
      <w:pPr>
        <w:spacing w:after="100"/>
      </w:pPr>
      <w:r>
        <w:rPr>
          <w:sz w:val="20"/>
        </w:rPr>
        <w:t>Before sending a prompt, check: Is the goal clear? Did I include context? Did I define the output format? Did I list requirements? Did I say what not to do? Did I include examples?</w:t>
      </w:r>
    </w:p>
    <w:p>
      <w:pPr>
        <w:spacing w:after="100"/>
      </w:pPr>
      <w:r>
        <w:rPr>
          <w:sz w:val="20"/>
        </w:rPr>
        <w:t>After receiving output, check: Is it complete? Did it follow the format? Did it invent facts? Does it need sources? Does it need a second iteration?</w:t>
      </w:r>
    </w:p>
    <w:p>
      <w:pPr>
        <w:spacing w:after="100"/>
      </w:pPr>
      <w:r>
        <w:rPr>
          <w:sz w:val="20"/>
        </w:rPr>
        <w:t>Good prompting is not one prompt. It is prompt → result → review → improve.</w:t>
      </w:r>
    </w:p>
    <w:tbl>
      <w:tblPr>
        <w:tblStyle w:val="TableGrid"/>
        <w:tblW w:type="auto" w:w="0"/>
        <w:tblLook w:firstColumn="1" w:firstRow="1" w:lastColumn="0" w:lastRow="0" w:noHBand="0" w:noVBand="1" w:val="04A0"/>
      </w:tblPr>
      <w:tblGrid>
        <w:gridCol w:w="10037"/>
      </w:tblGrid>
      <w:tr>
        <w:tc>
          <w:tcPr>
            <w:tcW w:type="dxa" w:w="10037"/>
            <w:shd w:fill="F3F4F6"/>
          </w:tcPr>
          <w:p>
            <w:r>
              <w:rPr>
                <w:b/>
                <w:color w:val="0F766E"/>
                <w:sz w:val="20"/>
              </w:rPr>
              <w:t>Use this:</w:t>
            </w:r>
          </w:p>
          <w:p>
            <w:pPr>
              <w:pStyle w:val="ListBullet"/>
              <w:spacing w:after="40"/>
            </w:pPr>
            <w:r>
              <w:rPr>
                <w:sz w:val="18"/>
              </w:rPr>
              <w:t>Use this sentence often: “Ask me only if you truly need clarification; otherwise make reasonable assumptions and state them.”</w:t>
            </w:r>
          </w:p>
        </w:tc>
      </w:tr>
    </w:tbl>
    <w:p>
      <w:r>
        <w:br w:type="page"/>
      </w:r>
    </w:p>
    <w:p>
      <w:pPr>
        <w:jc w:val="right"/>
      </w:pPr>
      <w:r>
        <w:rPr>
          <w:color w:val="8C8C8C"/>
          <w:sz w:val="16"/>
        </w:rPr>
        <w:t>Page 19</w:t>
      </w:r>
    </w:p>
    <w:tbl>
      <w:tblPr>
        <w:tblW w:type="auto" w:w="0"/>
        <w:tblLayout w:type="autofit"/>
        <w:tblLook w:firstColumn="1" w:firstRow="1" w:lastColumn="0" w:lastRow="0" w:noHBand="0" w:noVBand="1" w:val="04A0"/>
      </w:tblPr>
      <w:tblGrid>
        <w:gridCol w:w="10037"/>
      </w:tblGrid>
      <w:tr>
        <w:trPr>
          <w:trHeight w:val="80"/>
        </w:trPr>
        <w:tc>
          <w:tcPr>
            <w:tcW w:type="dxa" w:w="10037"/>
            <w:shd w:fill="0F766E"/>
          </w:tcPr>
          <w:p>
            <w:pPr>
              <w:spacing w:after="0" w:before="0"/>
            </w:pPr>
            <w:r/>
          </w:p>
        </w:tc>
      </w:tr>
    </w:tbl>
    <w:p>
      <w:pPr>
        <w:pStyle w:val="Heading1"/>
      </w:pPr>
      <w:r>
        <w:rPr>
          <w:b/>
        </w:rPr>
        <w:t>Daily Practice: ChatGPT 5-Minute Prompt Drill</w:t>
      </w:r>
    </w:p>
    <w:p>
      <w:pPr>
        <w:spacing w:after="100"/>
      </w:pPr>
      <w:r>
        <w:rPr>
          <w:sz w:val="20"/>
        </w:rPr>
        <w:t>Use this drill to get better quickly. Pick one rough idea, turn it into a PRD prompt, then turn the PRD into a build prompt, then ask ChatGPT to critique the prompt.</w:t>
      </w:r>
    </w:p>
    <w:p>
      <w:pPr>
        <w:spacing w:after="100"/>
      </w:pPr>
      <w:r>
        <w:rPr>
          <w:sz w:val="20"/>
        </w:rPr>
        <w:t>The goal is not to memorize prompts. The goal is to learn how to add context, constraints, output format, and quality checks.</w:t>
      </w:r>
    </w:p>
    <w:p>
      <w:pPr>
        <w:spacing w:after="100"/>
      </w:pPr>
      <w:r>
        <w:rPr>
          <w:sz w:val="20"/>
        </w:rPr>
        <w:t>Do this with app ideas, school assignments, business ideas, or coding projects.</w:t>
      </w:r>
    </w:p>
    <w:tbl>
      <w:tblPr>
        <w:tblStyle w:val="TableGrid"/>
        <w:tblW w:type="auto" w:w="0"/>
        <w:tblLook w:firstColumn="1" w:firstRow="1" w:lastColumn="0" w:lastRow="0" w:noHBand="0" w:noVBand="1" w:val="04A0"/>
      </w:tblPr>
      <w:tblGrid>
        <w:gridCol w:w="10037"/>
      </w:tblGrid>
      <w:tr>
        <w:tc>
          <w:tcPr>
            <w:tcW w:type="dxa" w:w="10037"/>
            <w:shd w:fill="F3F4F6"/>
          </w:tcPr>
          <w:p>
            <w:r>
              <w:rPr>
                <w:b/>
                <w:color w:val="0F766E"/>
                <w:sz w:val="20"/>
              </w:rPr>
              <w:t>Use this:</w:t>
            </w:r>
          </w:p>
          <w:p>
            <w:pPr>
              <w:pStyle w:val="ListBullet"/>
              <w:spacing w:after="40"/>
            </w:pPr>
            <w:r>
              <w:rPr>
                <w:sz w:val="18"/>
              </w:rPr>
              <w:t>Drill: rough idea → improved prompt → PRD → build prompt → testing checklist.</w:t>
            </w:r>
          </w:p>
          <w:p>
            <w:pPr>
              <w:pStyle w:val="ListBullet"/>
              <w:spacing w:after="40"/>
            </w:pPr>
            <w:r>
              <w:rPr>
                <w:sz w:val="18"/>
              </w:rPr>
              <w:t>Self-check: Did the final prompt say what to build, what not to fake, and how to judge success?</w:t>
            </w:r>
          </w:p>
        </w:tc>
      </w:tr>
    </w:tbl>
    <w:p>
      <w:r>
        <w:br w:type="page"/>
      </w:r>
    </w:p>
    <w:p>
      <w:pPr>
        <w:jc w:val="right"/>
      </w:pPr>
      <w:r>
        <w:rPr>
          <w:color w:val="8C8C8C"/>
          <w:sz w:val="16"/>
        </w:rPr>
        <w:t>Page 20</w:t>
      </w:r>
    </w:p>
    <w:tbl>
      <w:tblPr>
        <w:tblW w:type="auto" w:w="0"/>
        <w:tblLayout w:type="autofit"/>
        <w:tblLook w:firstColumn="1" w:firstRow="1" w:lastColumn="0" w:lastRow="0" w:noHBand="0" w:noVBand="1" w:val="04A0"/>
      </w:tblPr>
      <w:tblGrid>
        <w:gridCol w:w="10037"/>
      </w:tblGrid>
      <w:tr>
        <w:trPr>
          <w:trHeight w:val="80"/>
        </w:trPr>
        <w:tc>
          <w:tcPr>
            <w:tcW w:type="dxa" w:w="10037"/>
            <w:shd w:fill="0F766E"/>
          </w:tcPr>
          <w:p>
            <w:pPr>
              <w:spacing w:after="0" w:before="0"/>
            </w:pPr>
            <w:r/>
          </w:p>
        </w:tc>
      </w:tr>
    </w:tbl>
    <w:p>
      <w:pPr>
        <w:pStyle w:val="Heading1"/>
      </w:pPr>
      <w:r>
        <w:rPr>
          <w:b/>
        </w:rPr>
        <w:t>Final Ranking: When to Use ChatGPT</w:t>
      </w:r>
    </w:p>
    <w:p>
      <w:pPr>
        <w:spacing w:after="100"/>
      </w:pPr>
      <w:r>
        <w:rPr>
          <w:sz w:val="20"/>
        </w:rPr>
        <w:t>Use ChatGPT first when the job is: prompt engineering, PRD creation, app planning, explaining, rewriting, brainstorming, comparing options, creating structured outputs, or debugging from error messages.</w:t>
      </w:r>
    </w:p>
    <w:p>
      <w:pPr>
        <w:spacing w:after="100"/>
      </w:pPr>
      <w:r>
        <w:rPr>
          <w:sz w:val="20"/>
        </w:rPr>
        <w:t>Use Gemini first when the job is: very large context, Google AI Studio workflows, media-heavy prompts, or Google ecosystem workflows.</w:t>
      </w:r>
    </w:p>
    <w:p>
      <w:pPr>
        <w:spacing w:after="100"/>
      </w:pPr>
      <w:r>
        <w:rPr>
          <w:sz w:val="20"/>
        </w:rPr>
        <w:t>Use Claude first when the job is: long documents, careful writing, PRDs, structured reasoning, codebase planning, or Claude Code workflows.</w:t>
      </w:r>
    </w:p>
    <w:p>
      <w:pPr>
        <w:spacing w:after="100"/>
      </w:pPr>
      <w:r>
        <w:rPr>
          <w:sz w:val="20"/>
        </w:rPr>
        <w:t>Best first move for vibe coding: ChatGPT → PRD → improved build prompt → coding tool.</w:t>
      </w:r>
    </w:p>
    <w:tbl>
      <w:tblPr>
        <w:tblStyle w:val="TableGrid"/>
        <w:tblW w:type="auto" w:w="0"/>
        <w:tblLook w:firstColumn="1" w:firstRow="1" w:lastColumn="0" w:lastRow="0" w:noHBand="0" w:noVBand="1" w:val="04A0"/>
      </w:tblPr>
      <w:tblGrid>
        <w:gridCol w:w="10037"/>
      </w:tblGrid>
      <w:tr>
        <w:tc>
          <w:tcPr>
            <w:tcW w:type="dxa" w:w="10037"/>
            <w:shd w:fill="F3F4F6"/>
          </w:tcPr>
          <w:p>
            <w:r>
              <w:rPr>
                <w:b/>
                <w:color w:val="0F766E"/>
                <w:sz w:val="20"/>
              </w:rPr>
              <w:t>Use this:</w:t>
            </w:r>
          </w:p>
          <w:p>
            <w:pPr>
              <w:pStyle w:val="ListBullet"/>
              <w:spacing w:after="40"/>
            </w:pPr>
            <w:r>
              <w:rPr>
                <w:sz w:val="18"/>
              </w:rPr>
              <w:t>Source notes: OpenAI Help Center prompt engineering best practices; Google Gemini API prompt design strategies; Anthropic Claude prompt engineering docs.</w:t>
            </w:r>
          </w:p>
        </w:tc>
      </w:tr>
    </w:tbl>
    <w:p/>
    <w:tbl>
      <w:tblPr>
        <w:tblStyle w:val="TableGrid"/>
        <w:tblW w:type="auto" w:w="0"/>
        <w:tblLook w:firstColumn="1" w:firstRow="1" w:lastColumn="0" w:lastRow="0" w:noHBand="0" w:noVBand="1" w:val="04A0"/>
      </w:tblPr>
      <w:tblGrid>
        <w:gridCol w:w="10037"/>
      </w:tblGrid>
      <w:tr>
        <w:tc>
          <w:tcPr>
            <w:tcW w:type="dxa" w:w="10037"/>
            <w:shd w:fill="F3F4F6"/>
          </w:tcPr>
          <w:p>
            <w:r>
              <w:rPr>
                <w:b/>
                <w:color w:val="0F766E"/>
                <w:sz w:val="20"/>
              </w:rPr>
              <w:t>Source notes used while preparing this playbook:</w:t>
            </w:r>
          </w:p>
          <w:p>
            <w:pPr>
              <w:pStyle w:val="ListBullet"/>
              <w:spacing w:after="40"/>
            </w:pPr>
            <w:r>
              <w:rPr>
                <w:sz w:val="18"/>
              </w:rPr>
              <w:t>OpenAI Help Center: Prompt engineering best practices for ChatGPT — clear, specific prompts, iterative refinement, and tone guidance.</w:t>
            </w:r>
          </w:p>
          <w:p>
            <w:pPr>
              <w:pStyle w:val="ListBullet"/>
              <w:spacing w:after="40"/>
            </w:pPr>
            <w:r>
              <w:rPr>
                <w:sz w:val="18"/>
              </w:rPr>
              <w:t>OpenAI Help Center: Best practices for prompt engineering with OpenAI API — useful prompt patterns that also apply to ChatGPT.</w:t>
            </w:r>
          </w:p>
        </w:tc>
      </w:tr>
    </w:tbl>
    <w:sectPr w:rsidR="00FC693F" w:rsidRPr="0006063C" w:rsidSect="00034616">
      <w:headerReference w:type="default" r:id="rId9"/>
      <w:footerReference w:type="default" r:id="rId10"/>
      <w:pgSz w:w="11909" w:h="16834"/>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6464"/>
        <w:sz w:val="16"/>
      </w:rPr>
      <w:t>Prompting Playbook • Google Docs Ready</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505050"/>
        <w:sz w:val="16"/>
      </w:rPr>
      <w:t>ChatGPT Prompting Playbook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0F766E"/>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0F766E"/>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0F766E"/>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