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F46E5"/>
          <w:sz w:val="22"/>
        </w:rPr>
        <w:t>THE VIBE CODING PLAYBOOK</w:t>
      </w:r>
    </w:p>
    <w:p>
      <w:pPr>
        <w:jc w:val="center"/>
      </w:pPr>
      <w:r>
        <w:rPr>
          <w:b/>
          <w:color w:val="0F172A"/>
          <w:sz w:val="54"/>
        </w:rPr>
        <w:t>Vibe Coding with Google AI Studio</w:t>
      </w:r>
    </w:p>
    <w:p>
      <w:pPr>
        <w:jc w:val="center"/>
      </w:pPr>
      <w:r>
        <w:rPr>
          <w:color w:val="475569"/>
          <w:sz w:val="22"/>
        </w:rPr>
        <w:t>A practical playbook for Build mode, Gemini app prototyping, and export-ready app creation.</w:t>
      </w:r>
    </w:p>
    <w:tbl>
      <w:tblPr>
        <w:tblStyle w:val="TableGrid"/>
        <w:tblW w:type="auto" w:w="0"/>
        <w:jc w:val="center"/>
        <w:tblLook w:firstColumn="1" w:firstRow="1" w:lastColumn="0" w:lastRow="0" w:noHBand="0" w:noVBand="1" w:val="04A0"/>
      </w:tblPr>
      <w:tblGrid>
        <w:gridCol w:w="3456"/>
        <w:gridCol w:w="3456"/>
        <w:gridCol w:w="3456"/>
      </w:tblGrid>
      <w:tr>
        <w:tc>
          <w:tcPr>
            <w:tcW w:type="dxa" w:w="3456"/>
            <w:vAlign w:val="center"/>
            <w:shd w:fill="EEF2FF"/>
          </w:tcPr>
          <w:p>
            <w:pPr>
              <w:jc w:val="center"/>
            </w:pPr>
            <w:r>
              <w:rPr>
                <w:b/>
                <w:sz w:val="16"/>
              </w:rPr>
              <w:t>Tool</w:t>
              <w:br/>
            </w:r>
            <w:r>
              <w:rPr>
                <w:sz w:val="18"/>
              </w:rPr>
              <w:t>Google AI Studio</w:t>
            </w:r>
          </w:p>
        </w:tc>
        <w:tc>
          <w:tcPr>
            <w:tcW w:type="dxa" w:w="3456"/>
            <w:vAlign w:val="center"/>
            <w:shd w:fill="EEF2FF"/>
          </w:tcPr>
          <w:p>
            <w:pPr>
              <w:jc w:val="center"/>
            </w:pPr>
            <w:r>
              <w:rPr>
                <w:b/>
                <w:sz w:val="16"/>
              </w:rPr>
              <w:t>Format</w:t>
              <w:br/>
            </w:r>
            <w:r>
              <w:rPr>
                <w:sz w:val="18"/>
              </w:rPr>
              <w:t>20 pages</w:t>
            </w:r>
          </w:p>
        </w:tc>
        <w:tc>
          <w:tcPr>
            <w:tcW w:type="dxa" w:w="3456"/>
            <w:vAlign w:val="center"/>
            <w:shd w:fill="EEF2FF"/>
          </w:tcPr>
          <w:p>
            <w:pPr>
              <w:jc w:val="center"/>
            </w:pPr>
            <w:r>
              <w:rPr>
                <w:b/>
                <w:sz w:val="16"/>
              </w:rPr>
              <w:t>Output</w:t>
              <w:br/>
            </w:r>
            <w:r>
              <w:rPr>
                <w:sz w:val="18"/>
              </w:rPr>
              <w:t>Google Docs-ready</w:t>
            </w:r>
          </w:p>
        </w:tc>
      </w:tr>
    </w:tbl>
    <w:p/>
    <w:p>
      <w:pPr>
        <w:jc w:val="right"/>
      </w:pPr>
      <w:r>
        <w:rPr>
          <w:color w:val="64748B"/>
          <w:sz w:val="17"/>
        </w:rPr>
        <w:t>Page 1 of 20</w:t>
      </w:r>
    </w:p>
    <w:p>
      <w:pPr>
        <w:pStyle w:val="Heading1"/>
        <w:spacing w:after="80"/>
      </w:pPr>
      <w:r>
        <w:t>Page 1 — Cover &amp; How to Use This Playbook</w:t>
      </w:r>
    </w:p>
    <w:p>
      <w:pPr>
        <w:spacing w:after="80" w:line="252" w:lineRule="auto"/>
      </w:pPr>
      <w:r>
        <w:t>This playbook teaches you how to vibe code with Google AI Studio. Use it as a step-by-step operating manual: plan first, build second, test third, polish fourth, and ship only after the app works. The goal is not to write perfect code by hand. The goal is to direct the AI with clear product thinking, strong prompts, and strict review checkpoints.</w:t>
      </w:r>
    </w:p>
    <w:p>
      <w:pPr>
        <w:spacing w:after="80" w:line="252" w:lineRule="auto"/>
      </w:pPr>
      <w:r>
        <w:t>Best use this document by copying the templates, replacing the brackets, and sending one focused prompt at a time. Do not dump every idea into the AI at once. Build in layers.</w:t>
      </w:r>
    </w:p>
    <w:p>
      <w:r>
        <w:br w:type="page"/>
      </w:r>
    </w:p>
    <w:p>
      <w:pPr>
        <w:jc w:val="right"/>
      </w:pPr>
      <w:r>
        <w:rPr>
          <w:color w:val="64748B"/>
          <w:sz w:val="17"/>
        </w:rPr>
        <w:t>Page 2 of 20</w:t>
      </w:r>
    </w:p>
    <w:p>
      <w:pPr>
        <w:pStyle w:val="Heading1"/>
        <w:spacing w:after="80"/>
      </w:pPr>
      <w:r>
        <w:t>Page 2 — What This Tool Is Best For</w:t>
      </w:r>
    </w:p>
    <w:p>
      <w:pPr>
        <w:spacing w:after="80" w:line="252" w:lineRule="auto"/>
      </w:pPr>
      <w:r>
        <w:t>Google AI Studio is strongest when you want to quickly prototype AI-powered web or Android apps using natural language, preview the result, iterate in chat, and then export or deploy.</w:t>
      </w:r>
    </w:p>
    <w:p>
      <w:pPr>
        <w:spacing w:after="40"/>
      </w:pPr>
      <w:r>
        <w:t>Best for:</w:t>
      </w:r>
    </w:p>
    <w:p>
      <w:pPr>
        <w:pStyle w:val="ListBullet"/>
        <w:spacing w:after="0"/>
      </w:pPr>
      <w:r>
        <w:t>Gemini-powered web apps</w:t>
      </w:r>
    </w:p>
    <w:p>
      <w:pPr>
        <w:pStyle w:val="ListBullet"/>
        <w:spacing w:after="0"/>
      </w:pPr>
      <w:r>
        <w:t>fast AI prototypes</w:t>
      </w:r>
    </w:p>
    <w:p>
      <w:pPr>
        <w:pStyle w:val="ListBullet"/>
        <w:spacing w:after="0"/>
      </w:pPr>
      <w:r>
        <w:t>multimodal demos</w:t>
      </w:r>
    </w:p>
    <w:p>
      <w:pPr>
        <w:pStyle w:val="ListBullet"/>
        <w:spacing w:after="0"/>
      </w:pPr>
      <w:r>
        <w:t>full-stack experiments</w:t>
      </w:r>
    </w:p>
    <w:p>
      <w:pPr>
        <w:pStyle w:val="ListBullet"/>
        <w:spacing w:after="0"/>
      </w:pPr>
      <w:r>
        <w:t>Android app experiments</w:t>
      </w:r>
    </w:p>
    <w:p>
      <w:pPr>
        <w:spacing w:after="80" w:line="252" w:lineRule="auto"/>
      </w:pPr>
      <w:r>
        <w:t>Weak point to manage: The main risk is treating a prototype as production-ready without checking security, data storage, auth, costs, and deployment behavior.</w:t>
      </w:r>
    </w:p>
    <w:p>
      <w:r>
        <w:br w:type="page"/>
      </w:r>
    </w:p>
    <w:p>
      <w:pPr>
        <w:jc w:val="right"/>
      </w:pPr>
      <w:r>
        <w:rPr>
          <w:color w:val="64748B"/>
          <w:sz w:val="17"/>
        </w:rPr>
        <w:t>Page 3 of 20</w:t>
      </w:r>
    </w:p>
    <w:p>
      <w:pPr>
        <w:pStyle w:val="Heading1"/>
        <w:spacing w:after="80"/>
      </w:pPr>
      <w:r>
        <w:t>Page 3 — The Vibe Coding Mindset</w:t>
      </w:r>
    </w:p>
    <w:p>
      <w:pPr>
        <w:spacing w:after="80" w:line="252" w:lineRule="auto"/>
      </w:pPr>
      <w:r>
        <w:t>Vibe coding is not random prompting. It is controlled product direction. You are the director, product manager, QA tester, and final reviewer. The AI is the builder.</w:t>
      </w:r>
    </w:p>
    <w:p>
      <w:pPr>
        <w:spacing w:after="80" w:line="252" w:lineRule="auto"/>
      </w:pPr>
      <w:r>
        <w:t>Your job is to define the problem, the user, the screens, the rules, and the success criteria. A vague prompt creates a vague app. A specific prompt creates an app that can be tested and improved.</w:t>
      </w:r>
    </w:p>
    <w:p>
      <w:pPr>
        <w:spacing w:after="80" w:line="252" w:lineRule="auto"/>
      </w:pPr>
      <w:r>
        <w:t>Use this loop every time: Idea -&gt; PRD -&gt; architecture -&gt; first build -&gt; test -&gt; fix -&gt; polish -&gt; deploy.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Start with a PRD, then build in controlled modules.</w:t>
            </w:r>
          </w:p>
        </w:tc>
      </w:tr>
    </w:tbl>
    <w:p/>
    <w:p>
      <w:r>
        <w:br w:type="page"/>
      </w:r>
    </w:p>
    <w:p>
      <w:pPr>
        <w:jc w:val="right"/>
      </w:pPr>
      <w:r>
        <w:rPr>
          <w:color w:val="64748B"/>
          <w:sz w:val="17"/>
        </w:rPr>
        <w:t>Page 4 of 20</w:t>
      </w:r>
    </w:p>
    <w:p>
      <w:pPr>
        <w:pStyle w:val="Heading1"/>
        <w:spacing w:after="80"/>
      </w:pPr>
      <w:r>
        <w:t>Page 4 — Project Intake Form</w:t>
      </w:r>
    </w:p>
    <w:p>
      <w:pPr>
        <w:spacing w:after="80" w:line="252" w:lineRule="auto"/>
      </w:pPr>
      <w:r>
        <w:t>Before using Google AI Studio, answer these questions.</w:t>
      </w:r>
    </w:p>
    <w:p>
      <w:pPr>
        <w:spacing w:after="20"/>
      </w:pPr>
      <w:r>
        <w:t>1. App name: [name]</w:t>
      </w:r>
    </w:p>
    <w:p>
      <w:pPr>
        <w:spacing w:after="20"/>
      </w:pPr>
      <w:r>
        <w:t>2. Main goal: [what the app helps users do]</w:t>
      </w:r>
    </w:p>
    <w:p>
      <w:pPr>
        <w:spacing w:after="20"/>
      </w:pPr>
      <w:r>
        <w:t>3. Target users: [who will use it]</w:t>
      </w:r>
    </w:p>
    <w:p>
      <w:pPr>
        <w:spacing w:after="20"/>
      </w:pPr>
      <w:r>
        <w:t>4. Core problem: [pain point]</w:t>
      </w:r>
    </w:p>
    <w:p>
      <w:pPr>
        <w:spacing w:after="20"/>
      </w:pPr>
      <w:r>
        <w:t>5. Main screens: [home, dashboard, settings, etc.]</w:t>
      </w:r>
    </w:p>
    <w:p>
      <w:pPr>
        <w:spacing w:after="20"/>
      </w:pPr>
      <w:r>
        <w:t>6. Main data objects: [users, projects, products, messages, scores]</w:t>
      </w:r>
    </w:p>
    <w:p>
      <w:pPr>
        <w:spacing w:after="20"/>
      </w:pPr>
      <w:r>
        <w:t>7. Must-have features: [list]</w:t>
      </w:r>
    </w:p>
    <w:p>
      <w:pPr>
        <w:spacing w:after="20"/>
      </w:pPr>
      <w:r>
        <w:t>8. Out-of-scope features: [what not to build yet]</w:t>
      </w:r>
    </w:p>
    <w:p>
      <w:pPr>
        <w:spacing w:after="20"/>
      </w:pPr>
      <w:r>
        <w:t>9. Design style: [dark, premium, playful, simple]</w:t>
      </w:r>
    </w:p>
    <w:p>
      <w:pPr>
        <w:spacing w:after="20"/>
      </w:pPr>
      <w:r>
        <w:t>10. Final delivery: [prototype, production app, document, deployable build]</w:t>
      </w:r>
    </w:p>
    <w:p>
      <w:r>
        <w:br w:type="page"/>
      </w:r>
    </w:p>
    <w:p>
      <w:pPr>
        <w:jc w:val="right"/>
      </w:pPr>
      <w:r>
        <w:rPr>
          <w:color w:val="64748B"/>
          <w:sz w:val="17"/>
        </w:rPr>
        <w:t>Page 5 of 20</w:t>
      </w:r>
    </w:p>
    <w:p>
      <w:pPr>
        <w:pStyle w:val="Heading1"/>
        <w:spacing w:after="80"/>
      </w:pPr>
      <w:r>
        <w:t>Page 5 — The PRD Formula</w:t>
      </w:r>
    </w:p>
    <w:p>
      <w:pPr>
        <w:spacing w:after="80" w:line="252" w:lineRule="auto"/>
      </w:pPr>
      <w:r>
        <w:t>A PRD is the app blueprint. It prevents the AI from guessing. Use this structure:</w:t>
      </w:r>
    </w:p>
    <w:p>
      <w:pPr>
        <w:pStyle w:val="ListBullet"/>
        <w:spacing w:after="0"/>
      </w:pPr>
      <w:r>
        <w:t>Product name</w:t>
      </w:r>
    </w:p>
    <w:p>
      <w:pPr>
        <w:pStyle w:val="ListBullet"/>
        <w:spacing w:after="0"/>
      </w:pPr>
      <w:r>
        <w:t>Product summary</w:t>
      </w:r>
    </w:p>
    <w:p>
      <w:pPr>
        <w:pStyle w:val="ListBullet"/>
        <w:spacing w:after="0"/>
      </w:pPr>
      <w:r>
        <w:t>Goal</w:t>
      </w:r>
    </w:p>
    <w:p>
      <w:pPr>
        <w:pStyle w:val="ListBullet"/>
        <w:spacing w:after="0"/>
      </w:pPr>
      <w:r>
        <w:t>Target users</w:t>
      </w:r>
    </w:p>
    <w:p>
      <w:pPr>
        <w:pStyle w:val="ListBullet"/>
        <w:spacing w:after="0"/>
      </w:pPr>
      <w:r>
        <w:t>User problem</w:t>
      </w:r>
    </w:p>
    <w:p>
      <w:pPr>
        <w:pStyle w:val="ListBullet"/>
        <w:spacing w:after="0"/>
      </w:pPr>
      <w:r>
        <w:t>User stories</w:t>
      </w:r>
    </w:p>
    <w:p>
      <w:pPr>
        <w:pStyle w:val="ListBullet"/>
        <w:spacing w:after="0"/>
      </w:pPr>
      <w:r>
        <w:t>Core features</w:t>
      </w:r>
    </w:p>
    <w:p>
      <w:pPr>
        <w:pStyle w:val="ListBullet"/>
        <w:spacing w:after="0"/>
      </w:pPr>
      <w:r>
        <w:t>Data requirements</w:t>
      </w:r>
    </w:p>
    <w:p>
      <w:pPr>
        <w:pStyle w:val="ListBullet"/>
        <w:spacing w:after="0"/>
      </w:pPr>
      <w:r>
        <w:t>Screens and flows</w:t>
      </w:r>
    </w:p>
    <w:p>
      <w:pPr>
        <w:pStyle w:val="ListBullet"/>
        <w:spacing w:after="0"/>
      </w:pPr>
      <w:r>
        <w:t>Design requirements</w:t>
      </w:r>
    </w:p>
    <w:p>
      <w:pPr>
        <w:pStyle w:val="ListBullet"/>
        <w:spacing w:after="0"/>
      </w:pPr>
      <w:r>
        <w:t>Technical requirements</w:t>
      </w:r>
    </w:p>
    <w:p>
      <w:pPr>
        <w:pStyle w:val="ListBullet"/>
        <w:spacing w:after="0"/>
      </w:pPr>
      <w:r>
        <w:t>MVP scope</w:t>
      </w:r>
    </w:p>
    <w:p>
      <w:pPr>
        <w:pStyle w:val="ListBullet"/>
        <w:spacing w:after="0"/>
      </w:pPr>
      <w:r>
        <w:t>Out-of-scope items</w:t>
      </w:r>
    </w:p>
    <w:p>
      <w:pPr>
        <w:pStyle w:val="ListBullet"/>
        <w:spacing w:after="0"/>
      </w:pPr>
      <w:r>
        <w:t>Acceptance criteria</w:t>
      </w:r>
    </w:p>
    <w:p>
      <w:pPr>
        <w:spacing w:after="80" w:line="252" w:lineRule="auto"/>
      </w:pPr>
      <w:r>
        <w:t>Keep the PRD clear enough that another person could build the same app from it.</w:t>
      </w:r>
    </w:p>
    <w:p>
      <w:r>
        <w:br w:type="page"/>
      </w:r>
    </w:p>
    <w:p>
      <w:pPr>
        <w:jc w:val="right"/>
      </w:pPr>
      <w:r>
        <w:rPr>
          <w:color w:val="64748B"/>
          <w:sz w:val="17"/>
        </w:rPr>
        <w:t>Page 6 of 20</w:t>
      </w:r>
    </w:p>
    <w:p>
      <w:pPr>
        <w:pStyle w:val="Heading1"/>
        <w:spacing w:after="80"/>
      </w:pPr>
      <w:r>
        <w:t>Page 6 — Copy-Paste PRD Template</w:t>
      </w:r>
    </w:p>
    <w:p>
      <w:pPr>
        <w:spacing w:after="80" w:line="252" w:lineRule="auto"/>
      </w:pPr>
      <w:r>
        <w:t>Product Name: [name]</w:t>
      </w:r>
    </w:p>
    <w:p>
      <w:pPr>
        <w:spacing w:after="80" w:line="252" w:lineRule="auto"/>
      </w:pPr>
      <w:r>
        <w:t>Summary: [3-5 sentences]</w:t>
      </w:r>
    </w:p>
    <w:p>
      <w:pPr>
        <w:spacing w:after="80" w:line="252" w:lineRule="auto"/>
      </w:pPr>
      <w:r>
        <w:t>Goal: [main outcome]</w:t>
      </w:r>
    </w:p>
    <w:p>
      <w:pPr>
        <w:spacing w:after="80" w:line="252" w:lineRule="auto"/>
      </w:pPr>
      <w:r>
        <w:t>Target Users: [audience]</w:t>
      </w:r>
    </w:p>
    <w:p>
      <w:pPr>
        <w:spacing w:after="80" w:line="252" w:lineRule="auto"/>
      </w:pPr>
      <w:r>
        <w:t>Problem: [problem solved]</w:t>
      </w:r>
    </w:p>
    <w:p>
      <w:pPr>
        <w:spacing w:after="40"/>
      </w:pPr>
      <w:r>
        <w:t>User Stories:</w:t>
      </w:r>
    </w:p>
    <w:p>
      <w:pPr>
        <w:pStyle w:val="ListBullet"/>
        <w:spacing w:after="0"/>
      </w:pPr>
      <w:r>
        <w:t>As a user, I want to [action], so I can [benefit].</w:t>
      </w:r>
    </w:p>
    <w:p>
      <w:pPr>
        <w:spacing w:after="40"/>
      </w:pPr>
      <w:r>
        <w:t>Features:</w:t>
      </w:r>
    </w:p>
    <w:p>
      <w:pPr>
        <w:pStyle w:val="ListBullet"/>
        <w:spacing w:after="0"/>
      </w:pPr>
      <w:r>
        <w:t>Feature 1: [description + acceptance criteria]</w:t>
      </w:r>
    </w:p>
    <w:p>
      <w:pPr>
        <w:pStyle w:val="ListBullet"/>
        <w:spacing w:after="0"/>
      </w:pPr>
      <w:r>
        <w:t>Feature 2: [description + acceptance criteria]</w:t>
      </w:r>
    </w:p>
    <w:p>
      <w:pPr>
        <w:spacing w:after="80" w:line="252" w:lineRule="auto"/>
      </w:pPr>
      <w:r>
        <w:t>Data Requirements: [objects and fields]</w:t>
      </w:r>
    </w:p>
    <w:p>
      <w:pPr>
        <w:spacing w:after="80" w:line="252" w:lineRule="auto"/>
      </w:pPr>
      <w:r>
        <w:t>Design Requirements: [style, layout, responsiveness]</w:t>
      </w:r>
    </w:p>
    <w:p>
      <w:pPr>
        <w:spacing w:after="80" w:line="252" w:lineRule="auto"/>
      </w:pPr>
      <w:r>
        <w:t>MVP: [first version]</w:t>
      </w:r>
    </w:p>
    <w:p>
      <w:pPr>
        <w:spacing w:after="80" w:line="252" w:lineRule="auto"/>
      </w:pPr>
      <w:r>
        <w:t>Out of Scope: [not now]</w:t>
      </w:r>
    </w:p>
    <w:p>
      <w:r>
        <w:br w:type="page"/>
      </w:r>
    </w:p>
    <w:p>
      <w:pPr>
        <w:jc w:val="right"/>
      </w:pPr>
      <w:r>
        <w:rPr>
          <w:color w:val="64748B"/>
          <w:sz w:val="17"/>
        </w:rPr>
        <w:t>Page 7 of 20</w:t>
      </w:r>
    </w:p>
    <w:p>
      <w:pPr>
        <w:pStyle w:val="Heading1"/>
        <w:spacing w:after="80"/>
      </w:pPr>
      <w:r>
        <w:t>Page 7 — Prompt Architecture</w:t>
      </w:r>
    </w:p>
    <w:p>
      <w:pPr>
        <w:spacing w:after="80" w:line="252" w:lineRule="auto"/>
      </w:pPr>
      <w:r>
        <w:t>Strong prompts have six parts:</w:t>
      </w:r>
    </w:p>
    <w:p>
      <w:pPr>
        <w:spacing w:after="20"/>
      </w:pPr>
      <w:r>
        <w:t>1. Role: Tell the AI who it is acting as.</w:t>
      </w:r>
    </w:p>
    <w:p>
      <w:pPr>
        <w:spacing w:after="20"/>
      </w:pPr>
      <w:r>
        <w:t>2. Goal: Explain the app or task.</w:t>
      </w:r>
    </w:p>
    <w:p>
      <w:pPr>
        <w:spacing w:after="20"/>
      </w:pPr>
      <w:r>
        <w:t>3. Context: Give the PRD, user, and constraints.</w:t>
      </w:r>
    </w:p>
    <w:p>
      <w:pPr>
        <w:spacing w:after="20"/>
      </w:pPr>
      <w:r>
        <w:t>4. Requirements: List exact features.</w:t>
      </w:r>
    </w:p>
    <w:p>
      <w:pPr>
        <w:spacing w:after="20"/>
      </w:pPr>
      <w:r>
        <w:t>5. Rules: Say what not to do.</w:t>
      </w:r>
    </w:p>
    <w:p>
      <w:pPr>
        <w:spacing w:after="20"/>
      </w:pPr>
      <w:r>
        <w:t>6. Output: Tell it what to deliver.</w:t>
      </w:r>
    </w:p>
    <w:p>
      <w:pPr>
        <w:spacing w:after="80" w:line="252" w:lineRule="auto"/>
      </w:pPr>
      <w:r>
        <w:t>Use the pattern: Build X, for Y user, with Z features, using these constraints, and verify it with these checks.</w:t>
      </w:r>
    </w:p>
    <w:p>
      <w:r>
        <w:br w:type="page"/>
      </w:r>
    </w:p>
    <w:p>
      <w:pPr>
        <w:jc w:val="right"/>
      </w:pPr>
      <w:r>
        <w:rPr>
          <w:color w:val="64748B"/>
          <w:sz w:val="17"/>
        </w:rPr>
        <w:t>Page 8 of 20</w:t>
      </w:r>
    </w:p>
    <w:p>
      <w:pPr>
        <w:pStyle w:val="Heading1"/>
        <w:spacing w:after="80"/>
      </w:pPr>
      <w:r>
        <w:t>Page 8 — First Build Prompt</w:t>
      </w:r>
    </w:p>
    <w:p>
      <w:pPr>
        <w:spacing w:after="80" w:line="252" w:lineRule="auto"/>
      </w:pPr>
      <w:r>
        <w:t>Use Google AI Studio Build mode to create a polished Gemini-powered app. Start with a product plan, generate a working prototype, then refine UI, data flow, model calls, and export/deployment readiness.</w:t>
      </w:r>
    </w:p>
    <w:p>
      <w:pPr>
        <w:spacing w:after="80" w:line="252" w:lineRule="auto"/>
      </w:pPr>
      <w:r>
        <w:t>Build the MVP only. Do not add extra features unless they are necessary for the listed requirements. Keep the first version clean, testable, and easy to change. After building, summarize:</w:t>
      </w:r>
    </w:p>
    <w:p>
      <w:pPr>
        <w:pStyle w:val="ListBullet"/>
        <w:spacing w:after="0"/>
      </w:pPr>
      <w:r>
        <w:t>What was created</w:t>
      </w:r>
    </w:p>
    <w:p>
      <w:pPr>
        <w:pStyle w:val="ListBullet"/>
        <w:spacing w:after="0"/>
      </w:pPr>
      <w:r>
        <w:t>Which files or sections changed</w:t>
      </w:r>
    </w:p>
    <w:p>
      <w:pPr>
        <w:pStyle w:val="ListBullet"/>
        <w:spacing w:after="0"/>
      </w:pPr>
      <w:r>
        <w:t>How to run or preview it</w:t>
      </w:r>
    </w:p>
    <w:p>
      <w:pPr>
        <w:pStyle w:val="ListBullet"/>
        <w:spacing w:after="0"/>
      </w:pPr>
      <w:r>
        <w:t>What still needs testing</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Make the AI explain assumptions before building anything risky or unclear.</w:t>
            </w:r>
          </w:p>
        </w:tc>
      </w:tr>
    </w:tbl>
    <w:p/>
    <w:p>
      <w:r>
        <w:br w:type="page"/>
      </w:r>
    </w:p>
    <w:p>
      <w:pPr>
        <w:jc w:val="right"/>
      </w:pPr>
      <w:r>
        <w:rPr>
          <w:color w:val="64748B"/>
          <w:sz w:val="17"/>
        </w:rPr>
        <w:t>Page 9 of 20</w:t>
      </w:r>
    </w:p>
    <w:p>
      <w:pPr>
        <w:pStyle w:val="Heading1"/>
        <w:spacing w:after="80"/>
      </w:pPr>
      <w:r>
        <w:t>Page 9 — Screen Planning</w:t>
      </w:r>
    </w:p>
    <w:p>
      <w:pPr>
        <w:spacing w:after="80" w:line="252" w:lineRule="auto"/>
      </w:pPr>
      <w:r>
        <w:t>Before asking for UI, list every screen. For each screen, define purpose, main elements, and empty state.</w:t>
      </w:r>
    </w:p>
    <w:p>
      <w:pPr>
        <w:spacing w:after="80" w:line="252" w:lineRule="auto"/>
      </w:pPr>
      <w:r>
        <w:t>Example format:</w:t>
      </w:r>
    </w:p>
    <w:p>
      <w:pPr>
        <w:spacing w:after="80" w:line="252" w:lineRule="auto"/>
      </w:pPr>
      <w:r>
        <w:t>Screen: Dashboard</w:t>
        <w:br/>
        <w:t>Purpose: Show the user their most important information first.</w:t>
        <w:br/>
        <w:t>Elements: header, search, filters, cards, table, action buttons.</w:t>
        <w:br/>
        <w:t>Empty state: explain what to do when no data exists.</w:t>
      </w:r>
    </w:p>
    <w:p>
      <w:pPr>
        <w:spacing w:after="80" w:line="252" w:lineRule="auto"/>
      </w:pPr>
      <w:r>
        <w:t>This prevents the AI from creating random pages that look nice but do not help the user.</w:t>
      </w:r>
    </w:p>
    <w:p>
      <w:r>
        <w:br w:type="page"/>
      </w:r>
    </w:p>
    <w:p>
      <w:pPr>
        <w:jc w:val="right"/>
      </w:pPr>
      <w:r>
        <w:rPr>
          <w:color w:val="64748B"/>
          <w:sz w:val="17"/>
        </w:rPr>
        <w:t>Page 10 of 20</w:t>
      </w:r>
    </w:p>
    <w:p>
      <w:pPr>
        <w:pStyle w:val="Heading1"/>
        <w:spacing w:after="80"/>
      </w:pPr>
      <w:r>
        <w:t>Page 10 — Data Model Planning</w:t>
      </w:r>
    </w:p>
    <w:p>
      <w:pPr>
        <w:spacing w:after="80" w:line="252" w:lineRule="auto"/>
      </w:pPr>
      <w:r>
        <w:t>Most app problems come from unclear data. Define the data before UI.</w:t>
      </w:r>
    </w:p>
    <w:p>
      <w:pPr>
        <w:spacing w:after="80" w:line="252" w:lineRule="auto"/>
      </w:pPr>
      <w:r>
        <w:t>Use this format:</w:t>
      </w:r>
    </w:p>
    <w:p>
      <w:pPr>
        <w:pStyle w:val="CodeBlock"/>
        <w:spacing w:after="80" w:line="252" w:lineRule="auto"/>
      </w:pPr>
      <w:r>
        <w:t>Entity: [name]</w:t>
        <w:br/>
        <w:t>Fields: [id, name, status, createdAt, ownerId]</w:t>
        <w:br/>
        <w:t>Relationships: [belongs to user, has many items]</w:t>
        <w:br/>
        <w:t>Rules: [who can edit, required fields, validation]</w:t>
      </w:r>
    </w:p>
    <w:p>
      <w:pPr>
        <w:spacing w:after="80" w:line="252" w:lineRule="auto"/>
      </w:pPr>
      <w:r>
        <w:t>For sample data, label it clearly. Do not let the app claim fake live results, official rankings, or verified benchmarks unless a real source is connected.</w:t>
      </w:r>
    </w:p>
    <w:p>
      <w:r>
        <w:br w:type="page"/>
      </w:r>
    </w:p>
    <w:p>
      <w:pPr>
        <w:jc w:val="right"/>
      </w:pPr>
      <w:r>
        <w:rPr>
          <w:color w:val="64748B"/>
          <w:sz w:val="17"/>
        </w:rPr>
        <w:t>Page 11 of 20</w:t>
      </w:r>
    </w:p>
    <w:p>
      <w:pPr>
        <w:pStyle w:val="Heading1"/>
        <w:spacing w:after="80"/>
      </w:pPr>
      <w:r>
        <w:t>Page 11 — UI/UX Prompting</w:t>
      </w:r>
    </w:p>
    <w:p>
      <w:pPr>
        <w:spacing w:after="80" w:line="252" w:lineRule="auto"/>
      </w:pPr>
      <w:r>
        <w:t>Use design prompts that describe hierarchy, not just colors.</w:t>
      </w:r>
    </w:p>
    <w:p>
      <w:pPr>
        <w:spacing w:after="80" w:line="252" w:lineRule="auto"/>
      </w:pPr>
      <w:r>
        <w:t>Good prompt:</w:t>
        <w:br/>
        <w:t>“Improve the dashboard visual hierarchy. Make primary actions obvious, group related content into cards, add clear empty states, keep mobile layout clean, and preserve the current data model.”</w:t>
      </w:r>
    </w:p>
    <w:p>
      <w:pPr>
        <w:spacing w:after="80" w:line="252" w:lineRule="auto"/>
      </w:pPr>
      <w:r>
        <w:t>Bad prompt:</w:t>
        <w:br/>
        <w:t>“Make it cooler.”</w:t>
      </w:r>
    </w:p>
    <w:p>
      <w:pPr>
        <w:spacing w:after="80" w:line="252" w:lineRule="auto"/>
      </w:pPr>
      <w:r>
        <w:t>For Google AI Studio, always separate design changes from logic changes when possible. This makes bugs easier to find.</w:t>
      </w:r>
    </w:p>
    <w:p>
      <w:r>
        <w:br w:type="page"/>
      </w:r>
    </w:p>
    <w:p>
      <w:pPr>
        <w:jc w:val="right"/>
      </w:pPr>
      <w:r>
        <w:rPr>
          <w:color w:val="64748B"/>
          <w:sz w:val="17"/>
        </w:rPr>
        <w:t>Page 12 of 20</w:t>
      </w:r>
    </w:p>
    <w:p>
      <w:pPr>
        <w:pStyle w:val="Heading1"/>
        <w:spacing w:after="80"/>
      </w:pPr>
      <w:r>
        <w:t>Page 12 — Iteration Workflow</w:t>
      </w:r>
    </w:p>
    <w:p>
      <w:pPr>
        <w:spacing w:after="80" w:line="252" w:lineRule="auto"/>
      </w:pPr>
      <w:r>
        <w:t>Use small iterations. Ask for one meaningful improvement at a time.</w:t>
      </w:r>
    </w:p>
    <w:p>
      <w:pPr>
        <w:spacing w:after="80" w:line="252" w:lineRule="auto"/>
      </w:pPr>
      <w:r>
        <w:t>Iteration loop:</w:t>
        <w:br/>
        <w:t>1. Build or modify one module.</w:t>
        <w:br/>
        <w:t>2. Preview the result.</w:t>
        <w:br/>
        <w:t>3. Test the exact feature.</w:t>
        <w:br/>
        <w:t>4. Copy the bug or issue.</w:t>
        <w:br/>
        <w:t>5. Ask for a targeted fix.</w:t>
        <w:br/>
        <w:t>6. Re-test.</w:t>
      </w:r>
    </w:p>
    <w:p>
      <w:pPr>
        <w:spacing w:after="80" w:line="252" w:lineRule="auto"/>
      </w:pPr>
      <w:r>
        <w:t>Never stack five major feature requests into one prompt unless the app is still in planning mode.</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Test every feature manually before calling the app done.</w:t>
            </w:r>
          </w:p>
        </w:tc>
      </w:tr>
    </w:tbl>
    <w:p/>
    <w:p>
      <w:r>
        <w:br w:type="page"/>
      </w:r>
    </w:p>
    <w:p>
      <w:pPr>
        <w:jc w:val="right"/>
      </w:pPr>
      <w:r>
        <w:rPr>
          <w:color w:val="64748B"/>
          <w:sz w:val="17"/>
        </w:rPr>
        <w:t>Page 13 of 20</w:t>
      </w:r>
    </w:p>
    <w:p>
      <w:pPr>
        <w:pStyle w:val="Heading1"/>
        <w:spacing w:after="80"/>
      </w:pPr>
      <w:r>
        <w:t>Page 13 — Debugging Workflow</w:t>
      </w:r>
    </w:p>
    <w:p>
      <w:pPr>
        <w:spacing w:after="80" w:line="252" w:lineRule="auto"/>
      </w:pPr>
      <w:r>
        <w:t>When something breaks, give the AI the error, the action, the expected result, and the actual result.</w:t>
      </w:r>
    </w:p>
    <w:p>
      <w:pPr>
        <w:spacing w:after="80" w:line="252" w:lineRule="auto"/>
      </w:pPr>
      <w:r>
        <w:t>Debug prompt:</w:t>
        <w:br/>
        <w:t>“I clicked [button/page] and expected [result], but got [bug/error]. Here is the error text: [paste]. Find the root cause, fix only the necessary files, and explain the change.”</w:t>
      </w:r>
    </w:p>
    <w:p>
      <w:pPr>
        <w:spacing w:after="80" w:line="252" w:lineRule="auto"/>
      </w:pPr>
      <w:r>
        <w:t>Do not say only “it does not work.” The AI needs symptoms and context.</w:t>
      </w:r>
    </w:p>
    <w:p>
      <w:r>
        <w:br w:type="page"/>
      </w:r>
    </w:p>
    <w:p>
      <w:pPr>
        <w:jc w:val="right"/>
      </w:pPr>
      <w:r>
        <w:rPr>
          <w:color w:val="64748B"/>
          <w:sz w:val="17"/>
        </w:rPr>
        <w:t>Page 14 of 20</w:t>
      </w:r>
    </w:p>
    <w:p>
      <w:pPr>
        <w:pStyle w:val="Heading1"/>
        <w:spacing w:after="80"/>
      </w:pPr>
      <w:r>
        <w:t>Page 14 — Testing Checklist</w:t>
      </w:r>
    </w:p>
    <w:p>
      <w:pPr>
        <w:spacing w:after="80" w:line="252" w:lineRule="auto"/>
      </w:pPr>
      <w:r>
        <w:t>Before shipping, test:</w:t>
      </w:r>
    </w:p>
    <w:p>
      <w:pPr>
        <w:pStyle w:val="ListBullet"/>
        <w:spacing w:after="0"/>
      </w:pPr>
      <w:r>
        <w:t>App opens without errors</w:t>
      </w:r>
    </w:p>
    <w:p>
      <w:pPr>
        <w:pStyle w:val="ListBullet"/>
        <w:spacing w:after="0"/>
      </w:pPr>
      <w:r>
        <w:t>Every button works</w:t>
      </w:r>
    </w:p>
    <w:p>
      <w:pPr>
        <w:pStyle w:val="ListBullet"/>
        <w:spacing w:after="0"/>
      </w:pPr>
      <w:r>
        <w:t>Every form validates input</w:t>
      </w:r>
    </w:p>
    <w:p>
      <w:pPr>
        <w:pStyle w:val="ListBullet"/>
        <w:spacing w:after="0"/>
      </w:pPr>
      <w:r>
        <w:t>Empty states appear</w:t>
      </w:r>
    </w:p>
    <w:p>
      <w:pPr>
        <w:pStyle w:val="ListBullet"/>
        <w:spacing w:after="0"/>
      </w:pPr>
      <w:r>
        <w:t>Mobile layout works</w:t>
      </w:r>
    </w:p>
    <w:p>
      <w:pPr>
        <w:pStyle w:val="ListBullet"/>
        <w:spacing w:after="0"/>
      </w:pPr>
      <w:r>
        <w:t>Tables and charts are readable</w:t>
      </w:r>
    </w:p>
    <w:p>
      <w:pPr>
        <w:pStyle w:val="ListBullet"/>
        <w:spacing w:after="0"/>
      </w:pPr>
      <w:r>
        <w:t>Export or copy features work</w:t>
      </w:r>
    </w:p>
    <w:p>
      <w:pPr>
        <w:pStyle w:val="ListBullet"/>
        <w:spacing w:after="0"/>
      </w:pPr>
      <w:r>
        <w:t>Auth and permissions work if included</w:t>
      </w:r>
    </w:p>
    <w:p>
      <w:pPr>
        <w:pStyle w:val="ListBullet"/>
        <w:spacing w:after="0"/>
      </w:pPr>
      <w:r>
        <w:t>Data saves correctly if included</w:t>
      </w:r>
    </w:p>
    <w:p>
      <w:pPr>
        <w:pStyle w:val="ListBullet"/>
        <w:spacing w:after="0"/>
      </w:pPr>
      <w:r>
        <w:t>No fake live-data claims exist</w:t>
      </w:r>
    </w:p>
    <w:p>
      <w:pPr>
        <w:spacing w:after="80" w:line="252" w:lineRule="auto"/>
      </w:pPr>
      <w:r>
        <w:t>Testing is part of vibe coding, not something you skip.</w:t>
      </w:r>
    </w:p>
    <w:p>
      <w:r>
        <w:br w:type="page"/>
      </w:r>
    </w:p>
    <w:p>
      <w:pPr>
        <w:jc w:val="right"/>
      </w:pPr>
      <w:r>
        <w:rPr>
          <w:color w:val="64748B"/>
          <w:sz w:val="17"/>
        </w:rPr>
        <w:t>Page 15 of 20</w:t>
      </w:r>
    </w:p>
    <w:p>
      <w:pPr>
        <w:pStyle w:val="Heading1"/>
        <w:spacing w:after="80"/>
      </w:pPr>
      <w:r>
        <w:t>Page 15 — Safety, Privacy, and Ownership Rules</w:t>
      </w:r>
    </w:p>
    <w:p>
      <w:pPr>
        <w:spacing w:after="80" w:line="252" w:lineRule="auto"/>
      </w:pPr>
      <w:r>
        <w:t>Use these rules in every serious build:</w:t>
      </w:r>
    </w:p>
    <w:p>
      <w:pPr>
        <w:pStyle w:val="ListBullet"/>
        <w:spacing w:after="0"/>
      </w:pPr>
      <w:r>
        <w:t>Do not expose API keys in frontend code.</w:t>
      </w:r>
    </w:p>
    <w:p>
      <w:pPr>
        <w:pStyle w:val="ListBullet"/>
        <w:spacing w:after="0"/>
      </w:pPr>
      <w:r>
        <w:t>Do not collect private user data unless needed.</w:t>
      </w:r>
    </w:p>
    <w:p>
      <w:pPr>
        <w:pStyle w:val="ListBullet"/>
        <w:spacing w:after="0"/>
      </w:pPr>
      <w:r>
        <w:t>Do not copy websites, designs, images, or text you do not own or have permission to use.</w:t>
      </w:r>
    </w:p>
    <w:p>
      <w:pPr>
        <w:pStyle w:val="ListBullet"/>
        <w:spacing w:after="0"/>
      </w:pPr>
      <w:r>
        <w:t>Do not connect external tools before understanding what data they can access.</w:t>
      </w:r>
    </w:p>
    <w:p>
      <w:pPr>
        <w:pStyle w:val="ListBullet"/>
        <w:spacing w:after="0"/>
      </w:pPr>
      <w:r>
        <w:t>Do not let sample data look like verified production data.</w:t>
      </w:r>
    </w:p>
    <w:p>
      <w:pPr>
        <w:pStyle w:val="ListBullet"/>
        <w:spacing w:after="0"/>
      </w:pPr>
      <w:r>
        <w:t>Add disclaimers where users could misunderstand the output.</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Never claim sample data is live, official, or verified unless it actually is.</w:t>
            </w:r>
          </w:p>
        </w:tc>
      </w:tr>
    </w:tbl>
    <w:p/>
    <w:p>
      <w:r>
        <w:br w:type="page"/>
      </w:r>
    </w:p>
    <w:p>
      <w:pPr>
        <w:jc w:val="right"/>
      </w:pPr>
      <w:r>
        <w:rPr>
          <w:color w:val="64748B"/>
          <w:sz w:val="17"/>
        </w:rPr>
        <w:t>Page 16 of 20</w:t>
      </w:r>
    </w:p>
    <w:p>
      <w:pPr>
        <w:pStyle w:val="Heading1"/>
        <w:spacing w:after="80"/>
      </w:pPr>
      <w:r>
        <w:t>Page 16 — Versioning and Handoff</w:t>
      </w:r>
    </w:p>
    <w:p>
      <w:pPr>
        <w:spacing w:after="80" w:line="252" w:lineRule="auto"/>
      </w:pPr>
      <w:r>
        <w:t>A good vibe coder saves checkpoints.</w:t>
      </w:r>
    </w:p>
    <w:p>
      <w:pPr>
        <w:spacing w:after="80" w:line="252" w:lineRule="auto"/>
      </w:pPr>
      <w:r>
        <w:t>For no-code tools, duplicate the app before huge changes. For code tools, use git branches and commits. For document-heavy tools, save PRDs, prompts, and decisions in one folder.</w:t>
      </w:r>
    </w:p>
    <w:p>
      <w:pPr>
        <w:spacing w:after="40"/>
      </w:pPr>
      <w:r>
        <w:t>Handoff package should include:</w:t>
      </w:r>
    </w:p>
    <w:p>
      <w:pPr>
        <w:pStyle w:val="ListBullet"/>
        <w:spacing w:after="0"/>
      </w:pPr>
      <w:r>
        <w:t>PRD</w:t>
      </w:r>
    </w:p>
    <w:p>
      <w:pPr>
        <w:pStyle w:val="ListBullet"/>
        <w:spacing w:after="0"/>
      </w:pPr>
      <w:r>
        <w:t>Build prompt</w:t>
      </w:r>
    </w:p>
    <w:p>
      <w:pPr>
        <w:pStyle w:val="ListBullet"/>
        <w:spacing w:after="0"/>
      </w:pPr>
      <w:r>
        <w:t>Data model</w:t>
      </w:r>
    </w:p>
    <w:p>
      <w:pPr>
        <w:pStyle w:val="ListBullet"/>
        <w:spacing w:after="0"/>
      </w:pPr>
      <w:r>
        <w:t>Test checklist</w:t>
      </w:r>
    </w:p>
    <w:p>
      <w:pPr>
        <w:pStyle w:val="ListBullet"/>
        <w:spacing w:after="0"/>
      </w:pPr>
      <w:r>
        <w:t>Known issues</w:t>
      </w:r>
    </w:p>
    <w:p>
      <w:pPr>
        <w:pStyle w:val="ListBullet"/>
        <w:spacing w:after="0"/>
      </w:pPr>
      <w:r>
        <w:t>Deployment notes</w:t>
      </w:r>
    </w:p>
    <w:p>
      <w:pPr>
        <w:pStyle w:val="ListBullet"/>
        <w:spacing w:after="0"/>
      </w:pPr>
      <w:r>
        <w:t>Future feature list</w:t>
      </w:r>
    </w:p>
    <w:p>
      <w:r>
        <w:br w:type="page"/>
      </w:r>
    </w:p>
    <w:p>
      <w:pPr>
        <w:jc w:val="right"/>
      </w:pPr>
      <w:r>
        <w:rPr>
          <w:color w:val="64748B"/>
          <w:sz w:val="17"/>
        </w:rPr>
        <w:t>Page 17 of 20</w:t>
      </w:r>
    </w:p>
    <w:p>
      <w:pPr>
        <w:pStyle w:val="Heading1"/>
        <w:spacing w:after="80"/>
      </w:pPr>
      <w:r>
        <w:t>Page 17 — Advanced Google AI Studio Workflow</w:t>
      </w:r>
    </w:p>
    <w:p>
      <w:pPr>
        <w:spacing w:after="80" w:line="252" w:lineRule="auto"/>
      </w:pPr>
      <w:r>
        <w:t>Design prompts around AI chips/capabilities, separate client UI from server-side Gemini calls, and document how the app should handle API keys, user data, errors, and rate limits.</w:t>
      </w:r>
    </w:p>
    <w:p>
      <w:pPr>
        <w:spacing w:after="80" w:line="252" w:lineRule="auto"/>
      </w:pPr>
      <w:r>
        <w:t>Advanced rule: create reusable “operating instructions” for the AI. These can include project goals, app style, code standards, naming rules, testing commands, forbidden changes, and how to summarize work. The more repeatable your process becomes, the faster you can build without losing control.</w:t>
      </w:r>
    </w:p>
    <w:p>
      <w:r>
        <w:br w:type="page"/>
      </w:r>
    </w:p>
    <w:p>
      <w:pPr>
        <w:jc w:val="right"/>
      </w:pPr>
      <w:r>
        <w:rPr>
          <w:color w:val="64748B"/>
          <w:sz w:val="17"/>
        </w:rPr>
        <w:t>Page 18 of 20</w:t>
      </w:r>
    </w:p>
    <w:p>
      <w:pPr>
        <w:pStyle w:val="Heading1"/>
        <w:spacing w:after="80"/>
      </w:pPr>
      <w:r>
        <w:t>Page 18 — Common Mistakes</w:t>
      </w:r>
    </w:p>
    <w:p>
      <w:pPr>
        <w:spacing w:after="80" w:line="252" w:lineRule="auto"/>
      </w:pPr>
      <w:r>
        <w:t>Avoid these mistakes:</w:t>
      </w:r>
    </w:p>
    <w:p>
      <w:pPr>
        <w:pStyle w:val="ListBullet"/>
        <w:spacing w:after="0"/>
      </w:pPr>
      <w:r>
        <w:t>Starting with UI before defining the problem</w:t>
      </w:r>
    </w:p>
    <w:p>
      <w:pPr>
        <w:pStyle w:val="ListBullet"/>
        <w:spacing w:after="0"/>
      </w:pPr>
      <w:r>
        <w:t>Asking for too many features at once</w:t>
      </w:r>
    </w:p>
    <w:p>
      <w:pPr>
        <w:pStyle w:val="ListBullet"/>
        <w:spacing w:after="0"/>
      </w:pPr>
      <w:r>
        <w:t>Forgetting mobile layout</w:t>
      </w:r>
    </w:p>
    <w:p>
      <w:pPr>
        <w:pStyle w:val="ListBullet"/>
        <w:spacing w:after="0"/>
      </w:pPr>
      <w:r>
        <w:t>Not defining user roles and permissions</w:t>
      </w:r>
    </w:p>
    <w:p>
      <w:pPr>
        <w:pStyle w:val="ListBullet"/>
        <w:spacing w:after="0"/>
      </w:pPr>
      <w:r>
        <w:t>Mixing sample data with real claims</w:t>
      </w:r>
    </w:p>
    <w:p>
      <w:pPr>
        <w:pStyle w:val="ListBullet"/>
        <w:spacing w:after="0"/>
      </w:pPr>
      <w:r>
        <w:t>Not testing export, login, forms, or filters</w:t>
      </w:r>
    </w:p>
    <w:p>
      <w:pPr>
        <w:pStyle w:val="ListBullet"/>
        <w:spacing w:after="0"/>
      </w:pPr>
      <w:r>
        <w:t>Letting the AI rewrite unrelated parts</w:t>
      </w:r>
    </w:p>
    <w:p>
      <w:pPr>
        <w:pStyle w:val="ListBullet"/>
        <w:spacing w:after="0"/>
      </w:pPr>
      <w:r>
        <w:t>Ignoring errors because the app “looks fine”</w:t>
      </w:r>
    </w:p>
    <w:p>
      <w:pPr>
        <w:pStyle w:val="ListBullet"/>
        <w:spacing w:after="0"/>
      </w:pPr>
      <w:r>
        <w:t>Not saving versions before big changes</w:t>
      </w:r>
    </w:p>
    <w:p>
      <w:r>
        <w:br w:type="page"/>
      </w:r>
    </w:p>
    <w:p>
      <w:pPr>
        <w:jc w:val="right"/>
      </w:pPr>
      <w:r>
        <w:rPr>
          <w:color w:val="64748B"/>
          <w:sz w:val="17"/>
        </w:rPr>
        <w:t>Page 19 of 20</w:t>
      </w:r>
    </w:p>
    <w:p>
      <w:pPr>
        <w:pStyle w:val="Heading1"/>
        <w:spacing w:after="80"/>
      </w:pPr>
      <w:r>
        <w:t>Page 19 — Master Prompt Library</w:t>
      </w:r>
    </w:p>
    <w:p>
      <w:pPr>
        <w:spacing w:after="80" w:line="252" w:lineRule="auto"/>
      </w:pPr>
      <w:r>
        <w:t>Planning prompt:</w:t>
        <w:br/>
        <w:t>“Turn this idea into a PRD with user stories, features, data model, screens, acceptance criteria, MVP scope, and out-of-scope items.”</w:t>
      </w:r>
    </w:p>
    <w:p>
      <w:pPr>
        <w:spacing w:after="80" w:line="252" w:lineRule="auto"/>
      </w:pPr>
      <w:r>
        <w:t>Build prompt:</w:t>
        <w:br/>
        <w:t>“Build the MVP from this PRD. Keep it modular and testable. Do not add unrequested features.”</w:t>
      </w:r>
    </w:p>
    <w:p>
      <w:pPr>
        <w:spacing w:after="80" w:line="252" w:lineRule="auto"/>
      </w:pPr>
      <w:r>
        <w:t>Fix prompt:</w:t>
        <w:br/>
        <w:t>“Fix this bug only. Explain root cause and changed files.”</w:t>
      </w:r>
    </w:p>
    <w:p>
      <w:pPr>
        <w:spacing w:after="80" w:line="252" w:lineRule="auto"/>
      </w:pPr>
      <w:r>
        <w:t>Polish prompt:</w:t>
        <w:br/>
        <w:t>“Improve UI hierarchy, spacing, responsiveness, and empty states without changing logic.”</w:t>
      </w:r>
    </w:p>
    <w:p>
      <w:pPr>
        <w:spacing w:after="80" w:line="252" w:lineRule="auto"/>
      </w:pPr>
      <w:r>
        <w:t>Handoff prompt:</w:t>
        <w:br/>
        <w:t>“Create a final handoff with run steps, test checklist, known issues, and next features.”</w:t>
      </w:r>
    </w:p>
    <w:p>
      <w:r>
        <w:br w:type="page"/>
      </w:r>
    </w:p>
    <w:p>
      <w:pPr>
        <w:jc w:val="right"/>
      </w:pPr>
      <w:r>
        <w:rPr>
          <w:color w:val="64748B"/>
          <w:sz w:val="17"/>
        </w:rPr>
        <w:t>Page 20 of 20</w:t>
      </w:r>
    </w:p>
    <w:p>
      <w:pPr>
        <w:pStyle w:val="Heading1"/>
        <w:spacing w:after="80"/>
      </w:pPr>
      <w:r>
        <w:t>Page 20 — Final Checklist and Sources</w:t>
      </w:r>
    </w:p>
    <w:p>
      <w:pPr>
        <w:spacing w:after="80" w:line="252" w:lineRule="auto"/>
      </w:pPr>
      <w:r>
        <w:t>Final checklist:</w:t>
      </w:r>
    </w:p>
    <w:p>
      <w:pPr>
        <w:pStyle w:val="ListBullet"/>
        <w:spacing w:after="0"/>
      </w:pPr>
      <w:r>
        <w:t>PRD written</w:t>
      </w:r>
    </w:p>
    <w:p>
      <w:pPr>
        <w:pStyle w:val="ListBullet"/>
        <w:spacing w:after="0"/>
      </w:pPr>
      <w:r>
        <w:t>Data model clear</w:t>
      </w:r>
    </w:p>
    <w:p>
      <w:pPr>
        <w:pStyle w:val="ListBullet"/>
        <w:spacing w:after="0"/>
      </w:pPr>
      <w:r>
        <w:t>First build completed</w:t>
      </w:r>
    </w:p>
    <w:p>
      <w:pPr>
        <w:pStyle w:val="ListBullet"/>
        <w:spacing w:after="0"/>
      </w:pPr>
      <w:r>
        <w:t>All features tested</w:t>
      </w:r>
    </w:p>
    <w:p>
      <w:pPr>
        <w:pStyle w:val="ListBullet"/>
        <w:spacing w:after="0"/>
      </w:pPr>
      <w:r>
        <w:t>Bugs fixed</w:t>
      </w:r>
    </w:p>
    <w:p>
      <w:pPr>
        <w:pStyle w:val="ListBullet"/>
        <w:spacing w:after="0"/>
      </w:pPr>
      <w:r>
        <w:t>Mobile checked</w:t>
      </w:r>
    </w:p>
    <w:p>
      <w:pPr>
        <w:pStyle w:val="ListBullet"/>
        <w:spacing w:after="0"/>
      </w:pPr>
      <w:r>
        <w:t>Sample data labeled</w:t>
      </w:r>
    </w:p>
    <w:p>
      <w:pPr>
        <w:pStyle w:val="ListBullet"/>
        <w:spacing w:after="0"/>
      </w:pPr>
      <w:r>
        <w:t>Export/deploy path ready</w:t>
      </w:r>
    </w:p>
    <w:p>
      <w:pPr>
        <w:pStyle w:val="ListBullet"/>
        <w:spacing w:after="0"/>
      </w:pPr>
      <w:r>
        <w:t>Handoff notes saved</w:t>
      </w:r>
    </w:p>
    <w:p>
      <w:pPr>
        <w:spacing w:after="40"/>
      </w:pPr>
      <w:r>
        <w:t>Official notes used for this playbook:</w:t>
      </w:r>
    </w:p>
    <w:p>
      <w:pPr>
        <w:pStyle w:val="ListBullet"/>
        <w:spacing w:after="0"/>
      </w:pPr>
      <w:r>
        <w:t>Google AI Studio Build mode supports vibe coding apps through natural language prompting.</w:t>
      </w:r>
    </w:p>
    <w:p>
      <w:pPr>
        <w:pStyle w:val="ListBullet"/>
        <w:spacing w:after="0"/>
      </w:pPr>
      <w:r>
        <w:t>For web apps, React is the default frontend and a Node.js runtime can support secure API calls, database connections, and npm usage.</w:t>
      </w:r>
    </w:p>
    <w:p>
      <w:pPr>
        <w:pStyle w:val="ListBullet"/>
        <w:spacing w:after="0"/>
      </w:pPr>
      <w:r>
        <w:t>AI Studio supports continuing in the build chat, direct code editing, ZIP export, GitHub export, and Cloud Run deployment.</w:t>
      </w:r>
    </w:p>
    <w:p>
      <w:pPr>
        <w:spacing w:after="40"/>
      </w:pPr>
      <w:r>
        <w:t>Source URLs:</w:t>
      </w:r>
    </w:p>
    <w:p>
      <w:pPr>
        <w:pStyle w:val="ListBullet"/>
        <w:spacing w:after="0"/>
      </w:pPr>
      <w:r>
        <w:t>https://ai.google.dev/gemini-api/docs/aistudio-build-mode</w:t>
      </w:r>
    </w:p>
    <w:p>
      <w:pPr>
        <w:pStyle w:val="ListBullet"/>
        <w:spacing w:after="0"/>
      </w:pPr>
      <w:r>
        <w:t>https://ai.google.dev/gemini-api/docs</w:t>
      </w:r>
    </w:p>
    <w:p>
      <w:pPr>
        <w:pStyle w:val="ListBullet"/>
        <w:spacing w:after="0"/>
      </w:pPr>
      <w:r>
        <w:t>https://firebase.google.com/docs/studio/build-gemini-api-app</w:t>
      </w:r>
    </w:p>
    <w:p>
      <w:pPr>
        <w:spacing w:after="80" w:line="252" w:lineRule="auto"/>
      </w:pPr>
      <w:r>
        <w:t>Final rule: the best vibe coder is not the person who asks AI for the most code. It is the person who gives the clearest direction and tests the result carefully.</w:t>
      </w:r>
    </w:p>
    <w:tbl>
      <w:tblPr>
        <w:tblStyle w:val="TableGrid"/>
        <w:tblW w:type="auto" w:w="0"/>
        <w:tblLook w:firstColumn="1" w:firstRow="1" w:lastColumn="0" w:lastRow="0" w:noHBand="0" w:noVBand="1" w:val="04A0"/>
      </w:tblPr>
      <w:tblGrid>
        <w:gridCol w:w="10368"/>
      </w:tblGrid>
      <w:tr>
        <w:tc>
          <w:tcPr>
            <w:tcW w:type="dxa" w:w="10368"/>
            <w:shd w:fill="F8FAFC"/>
          </w:tcPr>
          <w:p>
            <w:r>
              <w:rPr>
                <w:b/>
                <w:sz w:val="17"/>
              </w:rPr>
              <w:t xml:space="preserve">Operating rule: </w:t>
            </w:r>
            <w:r>
              <w:rPr>
                <w:sz w:val="17"/>
              </w:rPr>
              <w:t>Do not ask the AI to build a final product from a one-line idea.</w:t>
            </w:r>
          </w:p>
        </w:tc>
      </w:tr>
    </w:tbl>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Vibe Coding with Google AI Studio | 20-Page Playbook | Google Docs-ready DOCX</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1182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F293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F172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Block"/>
    <w:pPr>
      <w:spacing w:before="40" w:after="40"/>
      <w:ind w:left="259"/>
    </w:pPr>
    <w:rPr>
      <w:rFonts w:ascii="Consolas" w:hAnsi="Consolas" w:eastAsia="Consolas"/>
      <w:color w:val="1F293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